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CE702" w14:textId="77777777" w:rsidR="009415DB" w:rsidRPr="009B30C6" w:rsidRDefault="00CA3B72">
      <w:pPr>
        <w:jc w:val="center"/>
        <w:rPr>
          <w:lang w:val="es-CL"/>
        </w:rPr>
      </w:pPr>
      <w:r w:rsidRPr="00BD5A10">
        <w:rPr>
          <w:b/>
          <w:sz w:val="28"/>
          <w:szCs w:val="20"/>
          <w:lang w:val="es-CL"/>
        </w:rPr>
        <w:t>FORMULARIO DE POSTULACIÓN</w:t>
      </w:r>
      <w:r w:rsidRPr="009B30C6">
        <w:rPr>
          <w:b/>
          <w:sz w:val="32"/>
          <w:lang w:val="es-CL"/>
        </w:rPr>
        <w:br/>
        <w:t>CIIMTA_Research</w:t>
      </w:r>
    </w:p>
    <w:p w14:paraId="7F471CF3" w14:textId="77777777" w:rsidR="009415DB" w:rsidRPr="00BD5A10" w:rsidRDefault="00CA3B72">
      <w:pPr>
        <w:jc w:val="center"/>
        <w:rPr>
          <w:b/>
          <w:bCs/>
          <w:sz w:val="24"/>
          <w:szCs w:val="24"/>
          <w:lang w:val="es-CL"/>
        </w:rPr>
      </w:pPr>
      <w:r w:rsidRPr="00BD5A10">
        <w:rPr>
          <w:b/>
          <w:bCs/>
          <w:i/>
          <w:sz w:val="24"/>
          <w:szCs w:val="24"/>
          <w:lang w:val="es-CL"/>
        </w:rPr>
        <w:t>Concurso de investigación en docencia</w:t>
      </w:r>
    </w:p>
    <w:p w14:paraId="662EA5C3" w14:textId="77777777" w:rsidR="009415DB" w:rsidRPr="009B30C6" w:rsidRDefault="00CA3B72">
      <w:pPr>
        <w:rPr>
          <w:lang w:val="es-CL"/>
        </w:rPr>
      </w:pPr>
      <w:r w:rsidRPr="009B30C6">
        <w:rPr>
          <w:i/>
          <w:sz w:val="20"/>
          <w:lang w:val="es-CL"/>
        </w:rPr>
        <w:t>Complete el formulario utilizando Calibri 11 e interlineado sencillo. Respete las extensiones máximas indicadas. La información presentada debe ser consistente con las Bases Concursables CIIMTA_Research.</w:t>
      </w:r>
    </w:p>
    <w:p w14:paraId="269A240D" w14:textId="77777777" w:rsidR="009415DB" w:rsidRPr="009B30C6" w:rsidRDefault="00CA3B72">
      <w:pPr>
        <w:pStyle w:val="Ttulo1"/>
        <w:rPr>
          <w:lang w:val="es-CL"/>
        </w:rPr>
      </w:pPr>
      <w:r w:rsidRPr="009B30C6">
        <w:rPr>
          <w:lang w:val="es-CL"/>
        </w:rPr>
        <w:t>A. IDENTIFICACIÓN DEL INVESTIGADOR PRINCIPAL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981"/>
        <w:gridCol w:w="4981"/>
      </w:tblGrid>
      <w:tr w:rsidR="009415DB" w:rsidRPr="009B30C6" w14:paraId="2B409599" w14:textId="77777777">
        <w:trPr>
          <w:jc w:val="center"/>
        </w:trPr>
        <w:tc>
          <w:tcPr>
            <w:tcW w:w="4986" w:type="dxa"/>
            <w:shd w:val="clear" w:color="auto" w:fill="E7E6E6"/>
            <w:vAlign w:val="center"/>
          </w:tcPr>
          <w:p w14:paraId="0265C405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b/>
                <w:sz w:val="18"/>
                <w:lang w:val="es-CL"/>
              </w:rPr>
              <w:t>Nombre completo</w:t>
            </w:r>
          </w:p>
        </w:tc>
        <w:tc>
          <w:tcPr>
            <w:tcW w:w="4986" w:type="dxa"/>
            <w:shd w:val="clear" w:color="auto" w:fill="E7E6E6"/>
            <w:vAlign w:val="center"/>
          </w:tcPr>
          <w:p w14:paraId="151D9743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b/>
                <w:sz w:val="18"/>
                <w:lang w:val="es-CL"/>
              </w:rPr>
              <w:t>RUT</w:t>
            </w:r>
          </w:p>
        </w:tc>
      </w:tr>
      <w:tr w:rsidR="009415DB" w:rsidRPr="009B30C6" w14:paraId="16B60366" w14:textId="77777777">
        <w:trPr>
          <w:jc w:val="center"/>
        </w:trPr>
        <w:tc>
          <w:tcPr>
            <w:tcW w:w="4986" w:type="dxa"/>
            <w:vAlign w:val="center"/>
          </w:tcPr>
          <w:p w14:paraId="67B7D829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20"/>
                <w:lang w:val="es-CL"/>
              </w:rPr>
              <w:t xml:space="preserve"> </w:t>
            </w:r>
          </w:p>
        </w:tc>
        <w:tc>
          <w:tcPr>
            <w:tcW w:w="4986" w:type="dxa"/>
            <w:vAlign w:val="center"/>
          </w:tcPr>
          <w:p w14:paraId="12EC84F9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20"/>
                <w:lang w:val="es-CL"/>
              </w:rPr>
              <w:t xml:space="preserve"> </w:t>
            </w:r>
          </w:p>
        </w:tc>
      </w:tr>
      <w:tr w:rsidR="009415DB" w:rsidRPr="009B30C6" w14:paraId="7806BA4A" w14:textId="77777777">
        <w:trPr>
          <w:jc w:val="center"/>
        </w:trPr>
        <w:tc>
          <w:tcPr>
            <w:tcW w:w="4986" w:type="dxa"/>
            <w:shd w:val="clear" w:color="auto" w:fill="E7E6E6"/>
            <w:vAlign w:val="center"/>
          </w:tcPr>
          <w:p w14:paraId="5FAD29B5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b/>
                <w:sz w:val="18"/>
                <w:lang w:val="es-CL"/>
              </w:rPr>
              <w:t>Correo electrónico institucional</w:t>
            </w:r>
          </w:p>
        </w:tc>
        <w:tc>
          <w:tcPr>
            <w:tcW w:w="4986" w:type="dxa"/>
            <w:shd w:val="clear" w:color="auto" w:fill="E7E6E6"/>
            <w:vAlign w:val="center"/>
          </w:tcPr>
          <w:p w14:paraId="1125F3CD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b/>
                <w:sz w:val="18"/>
                <w:lang w:val="es-CL"/>
              </w:rPr>
              <w:t>Anexo / celular</w:t>
            </w:r>
          </w:p>
        </w:tc>
      </w:tr>
      <w:tr w:rsidR="009415DB" w:rsidRPr="009B30C6" w14:paraId="0F9C4638" w14:textId="77777777">
        <w:trPr>
          <w:jc w:val="center"/>
        </w:trPr>
        <w:tc>
          <w:tcPr>
            <w:tcW w:w="4986" w:type="dxa"/>
            <w:vAlign w:val="center"/>
          </w:tcPr>
          <w:p w14:paraId="35259947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20"/>
                <w:lang w:val="es-CL"/>
              </w:rPr>
              <w:t xml:space="preserve"> </w:t>
            </w:r>
          </w:p>
        </w:tc>
        <w:tc>
          <w:tcPr>
            <w:tcW w:w="4986" w:type="dxa"/>
            <w:vAlign w:val="center"/>
          </w:tcPr>
          <w:p w14:paraId="7E75FDF3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20"/>
                <w:lang w:val="es-CL"/>
              </w:rPr>
              <w:t xml:space="preserve"> </w:t>
            </w:r>
          </w:p>
        </w:tc>
      </w:tr>
      <w:tr w:rsidR="009415DB" w:rsidRPr="009B30C6" w14:paraId="6C9D550B" w14:textId="77777777">
        <w:trPr>
          <w:jc w:val="center"/>
        </w:trPr>
        <w:tc>
          <w:tcPr>
            <w:tcW w:w="4986" w:type="dxa"/>
            <w:shd w:val="clear" w:color="auto" w:fill="E7E6E6"/>
            <w:vAlign w:val="center"/>
          </w:tcPr>
          <w:p w14:paraId="793E9E65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b/>
                <w:sz w:val="18"/>
                <w:lang w:val="es-CL"/>
              </w:rPr>
              <w:t>Unidad académica</w:t>
            </w:r>
          </w:p>
        </w:tc>
        <w:tc>
          <w:tcPr>
            <w:tcW w:w="4986" w:type="dxa"/>
            <w:shd w:val="clear" w:color="auto" w:fill="E7E6E6"/>
            <w:vAlign w:val="center"/>
          </w:tcPr>
          <w:p w14:paraId="724F708A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b/>
                <w:sz w:val="18"/>
                <w:lang w:val="es-CL"/>
              </w:rPr>
              <w:t>Tipo de jornada</w:t>
            </w:r>
          </w:p>
        </w:tc>
      </w:tr>
      <w:tr w:rsidR="009415DB" w:rsidRPr="009B30C6" w14:paraId="0527B3FA" w14:textId="77777777">
        <w:trPr>
          <w:jc w:val="center"/>
        </w:trPr>
        <w:tc>
          <w:tcPr>
            <w:tcW w:w="4986" w:type="dxa"/>
            <w:vAlign w:val="center"/>
          </w:tcPr>
          <w:p w14:paraId="6AD46B06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20"/>
                <w:lang w:val="es-CL"/>
              </w:rPr>
              <w:t xml:space="preserve"> </w:t>
            </w:r>
          </w:p>
        </w:tc>
        <w:tc>
          <w:tcPr>
            <w:tcW w:w="4986" w:type="dxa"/>
            <w:vAlign w:val="center"/>
          </w:tcPr>
          <w:p w14:paraId="721AB1E6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20"/>
                <w:lang w:val="es-CL"/>
              </w:rPr>
              <w:t xml:space="preserve"> </w:t>
            </w:r>
          </w:p>
        </w:tc>
      </w:tr>
      <w:tr w:rsidR="009415DB" w:rsidRPr="00BD5A10" w14:paraId="5111DFDC" w14:textId="77777777">
        <w:trPr>
          <w:jc w:val="center"/>
        </w:trPr>
        <w:tc>
          <w:tcPr>
            <w:tcW w:w="4986" w:type="dxa"/>
            <w:shd w:val="clear" w:color="auto" w:fill="E7E6E6"/>
            <w:vAlign w:val="center"/>
          </w:tcPr>
          <w:p w14:paraId="5F303531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b/>
                <w:sz w:val="18"/>
                <w:lang w:val="es-CL"/>
              </w:rPr>
              <w:t>Cargo / categoría académica</w:t>
            </w:r>
          </w:p>
        </w:tc>
        <w:tc>
          <w:tcPr>
            <w:tcW w:w="4986" w:type="dxa"/>
            <w:shd w:val="clear" w:color="auto" w:fill="E7E6E6"/>
            <w:vAlign w:val="center"/>
          </w:tcPr>
          <w:p w14:paraId="57757B8E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b/>
                <w:sz w:val="18"/>
                <w:lang w:val="es-CL"/>
              </w:rPr>
              <w:t>Años de docencia en UANDES</w:t>
            </w:r>
          </w:p>
        </w:tc>
      </w:tr>
      <w:tr w:rsidR="009415DB" w:rsidRPr="00BD5A10" w14:paraId="639AFF7F" w14:textId="77777777">
        <w:trPr>
          <w:jc w:val="center"/>
        </w:trPr>
        <w:tc>
          <w:tcPr>
            <w:tcW w:w="4986" w:type="dxa"/>
            <w:vAlign w:val="center"/>
          </w:tcPr>
          <w:p w14:paraId="35C5DCA1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20"/>
                <w:lang w:val="es-CL"/>
              </w:rPr>
              <w:t xml:space="preserve"> </w:t>
            </w:r>
          </w:p>
        </w:tc>
        <w:tc>
          <w:tcPr>
            <w:tcW w:w="4986" w:type="dxa"/>
            <w:vAlign w:val="center"/>
          </w:tcPr>
          <w:p w14:paraId="02ADE0F0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20"/>
                <w:lang w:val="es-CL"/>
              </w:rPr>
              <w:t xml:space="preserve"> </w:t>
            </w:r>
          </w:p>
        </w:tc>
      </w:tr>
    </w:tbl>
    <w:p w14:paraId="4C48A0B3" w14:textId="77777777" w:rsidR="009415DB" w:rsidRPr="009B30C6" w:rsidRDefault="00CA3B72">
      <w:pPr>
        <w:pStyle w:val="Ttulo1"/>
        <w:rPr>
          <w:lang w:val="es-CL"/>
        </w:rPr>
      </w:pPr>
      <w:r w:rsidRPr="009B30C6">
        <w:rPr>
          <w:lang w:val="es-CL"/>
        </w:rPr>
        <w:t>B. EQUIPO DE INVESTIGACIÓN</w:t>
      </w:r>
    </w:p>
    <w:p w14:paraId="1949E3A6" w14:textId="77777777" w:rsidR="009415DB" w:rsidRPr="009B30C6" w:rsidRDefault="00CA3B72">
      <w:pPr>
        <w:rPr>
          <w:lang w:val="es-CL"/>
        </w:rPr>
      </w:pPr>
      <w:r w:rsidRPr="009B30C6">
        <w:rPr>
          <w:i/>
          <w:sz w:val="20"/>
          <w:lang w:val="es-CL"/>
        </w:rPr>
        <w:t>Identifique a todos los integrantes del equipo y describa brevemente el aporte que realizará cada uno. El equipo deberá cumplir con los requisitos establecidos en las bases.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993"/>
        <w:gridCol w:w="1992"/>
        <w:gridCol w:w="1992"/>
        <w:gridCol w:w="1992"/>
        <w:gridCol w:w="1993"/>
      </w:tblGrid>
      <w:tr w:rsidR="009415DB" w:rsidRPr="009B30C6" w14:paraId="1A7698E2" w14:textId="77777777">
        <w:trPr>
          <w:jc w:val="center"/>
        </w:trPr>
        <w:tc>
          <w:tcPr>
            <w:tcW w:w="1994" w:type="dxa"/>
            <w:shd w:val="clear" w:color="auto" w:fill="E7E6E6"/>
            <w:vAlign w:val="center"/>
          </w:tcPr>
          <w:p w14:paraId="42AF0B01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b/>
                <w:sz w:val="18"/>
                <w:lang w:val="es-CL"/>
              </w:rPr>
              <w:t>Nombre</w:t>
            </w:r>
          </w:p>
        </w:tc>
        <w:tc>
          <w:tcPr>
            <w:tcW w:w="1994" w:type="dxa"/>
            <w:shd w:val="clear" w:color="auto" w:fill="E7E6E6"/>
            <w:vAlign w:val="center"/>
          </w:tcPr>
          <w:p w14:paraId="50460BF0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b/>
                <w:sz w:val="18"/>
                <w:lang w:val="es-CL"/>
              </w:rPr>
              <w:t>Unidad académica</w:t>
            </w:r>
          </w:p>
        </w:tc>
        <w:tc>
          <w:tcPr>
            <w:tcW w:w="1994" w:type="dxa"/>
            <w:shd w:val="clear" w:color="auto" w:fill="E7E6E6"/>
            <w:vAlign w:val="center"/>
          </w:tcPr>
          <w:p w14:paraId="2A44E994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b/>
                <w:sz w:val="18"/>
                <w:lang w:val="es-CL"/>
              </w:rPr>
              <w:t>Vínculo con UANDES</w:t>
            </w:r>
          </w:p>
        </w:tc>
        <w:tc>
          <w:tcPr>
            <w:tcW w:w="1994" w:type="dxa"/>
            <w:shd w:val="clear" w:color="auto" w:fill="E7E6E6"/>
            <w:vAlign w:val="center"/>
          </w:tcPr>
          <w:p w14:paraId="30C1A21E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b/>
                <w:sz w:val="18"/>
                <w:lang w:val="es-CL"/>
              </w:rPr>
              <w:t>Rol en el proyecto</w:t>
            </w:r>
          </w:p>
        </w:tc>
        <w:tc>
          <w:tcPr>
            <w:tcW w:w="1994" w:type="dxa"/>
            <w:shd w:val="clear" w:color="auto" w:fill="E7E6E6"/>
            <w:vAlign w:val="center"/>
          </w:tcPr>
          <w:p w14:paraId="0F751A17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b/>
                <w:sz w:val="18"/>
                <w:lang w:val="es-CL"/>
              </w:rPr>
              <w:t>Competencias / aporte</w:t>
            </w:r>
          </w:p>
        </w:tc>
      </w:tr>
      <w:tr w:rsidR="009415DB" w:rsidRPr="009B30C6" w14:paraId="75906E35" w14:textId="77777777">
        <w:trPr>
          <w:jc w:val="center"/>
        </w:trPr>
        <w:tc>
          <w:tcPr>
            <w:tcW w:w="1994" w:type="dxa"/>
            <w:vAlign w:val="center"/>
          </w:tcPr>
          <w:p w14:paraId="52D3D63D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8"/>
                <w:lang w:val="es-CL"/>
              </w:rPr>
              <w:t xml:space="preserve"> </w:t>
            </w:r>
          </w:p>
        </w:tc>
        <w:tc>
          <w:tcPr>
            <w:tcW w:w="1994" w:type="dxa"/>
            <w:vAlign w:val="center"/>
          </w:tcPr>
          <w:p w14:paraId="23CECE95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8"/>
                <w:lang w:val="es-CL"/>
              </w:rPr>
              <w:t xml:space="preserve"> </w:t>
            </w:r>
          </w:p>
        </w:tc>
        <w:tc>
          <w:tcPr>
            <w:tcW w:w="1994" w:type="dxa"/>
            <w:vAlign w:val="center"/>
          </w:tcPr>
          <w:p w14:paraId="4FD7FD99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8"/>
                <w:lang w:val="es-CL"/>
              </w:rPr>
              <w:t xml:space="preserve"> </w:t>
            </w:r>
          </w:p>
        </w:tc>
        <w:tc>
          <w:tcPr>
            <w:tcW w:w="1994" w:type="dxa"/>
            <w:vAlign w:val="center"/>
          </w:tcPr>
          <w:p w14:paraId="2C28BDC3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8"/>
                <w:lang w:val="es-CL"/>
              </w:rPr>
              <w:t xml:space="preserve"> </w:t>
            </w:r>
          </w:p>
        </w:tc>
        <w:tc>
          <w:tcPr>
            <w:tcW w:w="1994" w:type="dxa"/>
            <w:vAlign w:val="center"/>
          </w:tcPr>
          <w:p w14:paraId="320499E3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8"/>
                <w:lang w:val="es-CL"/>
              </w:rPr>
              <w:t xml:space="preserve"> </w:t>
            </w:r>
          </w:p>
        </w:tc>
      </w:tr>
      <w:tr w:rsidR="009415DB" w:rsidRPr="009B30C6" w14:paraId="6FE24F18" w14:textId="77777777">
        <w:trPr>
          <w:jc w:val="center"/>
        </w:trPr>
        <w:tc>
          <w:tcPr>
            <w:tcW w:w="1994" w:type="dxa"/>
            <w:vAlign w:val="center"/>
          </w:tcPr>
          <w:p w14:paraId="40E0D1CD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8"/>
                <w:lang w:val="es-CL"/>
              </w:rPr>
              <w:t xml:space="preserve"> </w:t>
            </w:r>
          </w:p>
        </w:tc>
        <w:tc>
          <w:tcPr>
            <w:tcW w:w="1994" w:type="dxa"/>
            <w:vAlign w:val="center"/>
          </w:tcPr>
          <w:p w14:paraId="0BDD8AB4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8"/>
                <w:lang w:val="es-CL"/>
              </w:rPr>
              <w:t xml:space="preserve"> </w:t>
            </w:r>
          </w:p>
        </w:tc>
        <w:tc>
          <w:tcPr>
            <w:tcW w:w="1994" w:type="dxa"/>
            <w:vAlign w:val="center"/>
          </w:tcPr>
          <w:p w14:paraId="4D1EDE14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8"/>
                <w:lang w:val="es-CL"/>
              </w:rPr>
              <w:t xml:space="preserve"> </w:t>
            </w:r>
          </w:p>
        </w:tc>
        <w:tc>
          <w:tcPr>
            <w:tcW w:w="1994" w:type="dxa"/>
            <w:vAlign w:val="center"/>
          </w:tcPr>
          <w:p w14:paraId="343A7211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8"/>
                <w:lang w:val="es-CL"/>
              </w:rPr>
              <w:t xml:space="preserve"> </w:t>
            </w:r>
          </w:p>
        </w:tc>
        <w:tc>
          <w:tcPr>
            <w:tcW w:w="1994" w:type="dxa"/>
            <w:vAlign w:val="center"/>
          </w:tcPr>
          <w:p w14:paraId="4136D6FC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8"/>
                <w:lang w:val="es-CL"/>
              </w:rPr>
              <w:t xml:space="preserve"> </w:t>
            </w:r>
          </w:p>
        </w:tc>
      </w:tr>
      <w:tr w:rsidR="009415DB" w:rsidRPr="009B30C6" w14:paraId="1593FA53" w14:textId="77777777">
        <w:trPr>
          <w:jc w:val="center"/>
        </w:trPr>
        <w:tc>
          <w:tcPr>
            <w:tcW w:w="1994" w:type="dxa"/>
            <w:vAlign w:val="center"/>
          </w:tcPr>
          <w:p w14:paraId="58014BD8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8"/>
                <w:lang w:val="es-CL"/>
              </w:rPr>
              <w:t xml:space="preserve"> </w:t>
            </w:r>
          </w:p>
        </w:tc>
        <w:tc>
          <w:tcPr>
            <w:tcW w:w="1994" w:type="dxa"/>
            <w:vAlign w:val="center"/>
          </w:tcPr>
          <w:p w14:paraId="44C78EAF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8"/>
                <w:lang w:val="es-CL"/>
              </w:rPr>
              <w:t xml:space="preserve"> </w:t>
            </w:r>
          </w:p>
        </w:tc>
        <w:tc>
          <w:tcPr>
            <w:tcW w:w="1994" w:type="dxa"/>
            <w:vAlign w:val="center"/>
          </w:tcPr>
          <w:p w14:paraId="36B9BB06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8"/>
                <w:lang w:val="es-CL"/>
              </w:rPr>
              <w:t xml:space="preserve"> </w:t>
            </w:r>
          </w:p>
        </w:tc>
        <w:tc>
          <w:tcPr>
            <w:tcW w:w="1994" w:type="dxa"/>
            <w:vAlign w:val="center"/>
          </w:tcPr>
          <w:p w14:paraId="0E489ACB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8"/>
                <w:lang w:val="es-CL"/>
              </w:rPr>
              <w:t xml:space="preserve"> </w:t>
            </w:r>
          </w:p>
        </w:tc>
        <w:tc>
          <w:tcPr>
            <w:tcW w:w="1994" w:type="dxa"/>
            <w:vAlign w:val="center"/>
          </w:tcPr>
          <w:p w14:paraId="12670769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8"/>
                <w:lang w:val="es-CL"/>
              </w:rPr>
              <w:t xml:space="preserve"> </w:t>
            </w:r>
          </w:p>
        </w:tc>
      </w:tr>
    </w:tbl>
    <w:p w14:paraId="68F6F7F3" w14:textId="77777777" w:rsidR="009415DB" w:rsidRPr="009B30C6" w:rsidRDefault="00CA3B72">
      <w:pPr>
        <w:rPr>
          <w:lang w:val="es-CL"/>
        </w:rPr>
      </w:pPr>
      <w:r w:rsidRPr="009B30C6">
        <w:rPr>
          <w:i/>
          <w:sz w:val="20"/>
          <w:lang w:val="es-CL"/>
        </w:rPr>
        <w:t>Justifique la pertinencia y complementariedad del equipo para el desarrollo del proyecto.</w:t>
      </w:r>
      <w:r w:rsidRPr="009B30C6">
        <w:rPr>
          <w:b/>
          <w:sz w:val="20"/>
          <w:lang w:val="es-CL"/>
        </w:rPr>
        <w:t xml:space="preserve"> (Extensión máxima: 150 palabras).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64"/>
      </w:tblGrid>
      <w:tr w:rsidR="009415DB" w:rsidRPr="009B30C6" w14:paraId="55B917E5" w14:textId="77777777" w:rsidTr="009B30C6">
        <w:trPr>
          <w:jc w:val="center"/>
        </w:trPr>
        <w:tc>
          <w:tcPr>
            <w:tcW w:w="9964" w:type="dxa"/>
          </w:tcPr>
          <w:p w14:paraId="65930F26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lang w:val="es-CL"/>
              </w:rPr>
              <w:t xml:space="preserve"> </w:t>
            </w:r>
            <w:r w:rsidRPr="009B30C6">
              <w:rPr>
                <w:lang w:val="es-CL"/>
              </w:rPr>
              <w:br/>
              <w:t xml:space="preserve"> </w:t>
            </w:r>
            <w:r w:rsidRPr="009B30C6">
              <w:rPr>
                <w:lang w:val="es-CL"/>
              </w:rPr>
              <w:br/>
              <w:t xml:space="preserve"> </w:t>
            </w:r>
            <w:r w:rsidRPr="009B30C6">
              <w:rPr>
                <w:lang w:val="es-CL"/>
              </w:rPr>
              <w:br/>
              <w:t xml:space="preserve"> </w:t>
            </w:r>
          </w:p>
        </w:tc>
      </w:tr>
    </w:tbl>
    <w:p w14:paraId="38D68608" w14:textId="77777777" w:rsidR="009415DB" w:rsidRPr="009B30C6" w:rsidRDefault="00CA3B72">
      <w:pPr>
        <w:pStyle w:val="Ttulo1"/>
        <w:rPr>
          <w:lang w:val="es-CL"/>
        </w:rPr>
      </w:pPr>
      <w:r w:rsidRPr="009B30C6">
        <w:rPr>
          <w:lang w:val="es-CL"/>
        </w:rPr>
        <w:t>C. IDENTIFICACIÓN DEL PROYECTO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981"/>
        <w:gridCol w:w="4981"/>
      </w:tblGrid>
      <w:tr w:rsidR="009415DB" w:rsidRPr="009B30C6" w14:paraId="63AC19C1" w14:textId="77777777">
        <w:trPr>
          <w:jc w:val="center"/>
        </w:trPr>
        <w:tc>
          <w:tcPr>
            <w:tcW w:w="4986" w:type="dxa"/>
            <w:shd w:val="clear" w:color="auto" w:fill="E7E6E6"/>
            <w:vAlign w:val="center"/>
          </w:tcPr>
          <w:p w14:paraId="18E0B295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b/>
                <w:sz w:val="18"/>
                <w:lang w:val="es-CL"/>
              </w:rPr>
              <w:t>Nombre del proyecto</w:t>
            </w:r>
          </w:p>
        </w:tc>
        <w:tc>
          <w:tcPr>
            <w:tcW w:w="4986" w:type="dxa"/>
            <w:shd w:val="clear" w:color="auto" w:fill="E7E6E6"/>
            <w:vAlign w:val="center"/>
          </w:tcPr>
          <w:p w14:paraId="7F2FB127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b/>
                <w:sz w:val="18"/>
                <w:lang w:val="es-CL"/>
              </w:rPr>
              <w:t>Línea de financiamiento</w:t>
            </w:r>
          </w:p>
        </w:tc>
      </w:tr>
      <w:tr w:rsidR="009415DB" w:rsidRPr="009B30C6" w14:paraId="07D49F08" w14:textId="77777777">
        <w:trPr>
          <w:jc w:val="center"/>
        </w:trPr>
        <w:tc>
          <w:tcPr>
            <w:tcW w:w="4986" w:type="dxa"/>
            <w:vAlign w:val="center"/>
          </w:tcPr>
          <w:p w14:paraId="5C64F33A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20"/>
                <w:lang w:val="es-CL"/>
              </w:rPr>
              <w:t xml:space="preserve"> </w:t>
            </w:r>
          </w:p>
        </w:tc>
        <w:tc>
          <w:tcPr>
            <w:tcW w:w="4986" w:type="dxa"/>
            <w:vAlign w:val="center"/>
          </w:tcPr>
          <w:p w14:paraId="27D3EA6A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20"/>
                <w:lang w:val="es-CL"/>
              </w:rPr>
              <w:t xml:space="preserve"> </w:t>
            </w:r>
          </w:p>
        </w:tc>
      </w:tr>
      <w:tr w:rsidR="009415DB" w:rsidRPr="009B30C6" w14:paraId="5ECA8695" w14:textId="77777777">
        <w:trPr>
          <w:jc w:val="center"/>
        </w:trPr>
        <w:tc>
          <w:tcPr>
            <w:tcW w:w="4986" w:type="dxa"/>
            <w:shd w:val="clear" w:color="auto" w:fill="E7E6E6"/>
            <w:vAlign w:val="center"/>
          </w:tcPr>
          <w:p w14:paraId="02E5A411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b/>
                <w:sz w:val="18"/>
                <w:lang w:val="es-CL"/>
              </w:rPr>
              <w:t>Unidad(es) académica(s) involucrada(s)</w:t>
            </w:r>
          </w:p>
        </w:tc>
        <w:tc>
          <w:tcPr>
            <w:tcW w:w="4986" w:type="dxa"/>
            <w:shd w:val="clear" w:color="auto" w:fill="E7E6E6"/>
            <w:vAlign w:val="center"/>
          </w:tcPr>
          <w:p w14:paraId="3ED3CF75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b/>
                <w:sz w:val="18"/>
                <w:lang w:val="es-CL"/>
              </w:rPr>
              <w:t>Duración estimada</w:t>
            </w:r>
          </w:p>
        </w:tc>
      </w:tr>
      <w:tr w:rsidR="009415DB" w:rsidRPr="009B30C6" w14:paraId="610E2ACE" w14:textId="77777777">
        <w:trPr>
          <w:jc w:val="center"/>
        </w:trPr>
        <w:tc>
          <w:tcPr>
            <w:tcW w:w="4986" w:type="dxa"/>
            <w:vAlign w:val="center"/>
          </w:tcPr>
          <w:p w14:paraId="1A99F320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20"/>
                <w:lang w:val="es-CL"/>
              </w:rPr>
              <w:t xml:space="preserve"> </w:t>
            </w:r>
          </w:p>
        </w:tc>
        <w:tc>
          <w:tcPr>
            <w:tcW w:w="4986" w:type="dxa"/>
            <w:vAlign w:val="center"/>
          </w:tcPr>
          <w:p w14:paraId="1F10C2CE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20"/>
                <w:lang w:val="es-CL"/>
              </w:rPr>
              <w:t xml:space="preserve"> </w:t>
            </w:r>
          </w:p>
        </w:tc>
      </w:tr>
      <w:tr w:rsidR="009415DB" w:rsidRPr="00BD5A10" w14:paraId="59557BB0" w14:textId="77777777">
        <w:trPr>
          <w:jc w:val="center"/>
        </w:trPr>
        <w:tc>
          <w:tcPr>
            <w:tcW w:w="4986" w:type="dxa"/>
            <w:shd w:val="clear" w:color="auto" w:fill="E7E6E6"/>
            <w:vAlign w:val="center"/>
          </w:tcPr>
          <w:p w14:paraId="778D1618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b/>
                <w:sz w:val="18"/>
                <w:lang w:val="es-CL"/>
              </w:rPr>
              <w:t>Asignatura(s) / programa(s) vinculados (si corresponde)</w:t>
            </w:r>
          </w:p>
        </w:tc>
        <w:tc>
          <w:tcPr>
            <w:tcW w:w="4986" w:type="dxa"/>
            <w:shd w:val="clear" w:color="auto" w:fill="E7E6E6"/>
            <w:vAlign w:val="center"/>
          </w:tcPr>
          <w:p w14:paraId="7A95A12F" w14:textId="77777777" w:rsidR="009415DB" w:rsidRPr="009B30C6" w:rsidRDefault="00CA3B72">
            <w:pPr>
              <w:rPr>
                <w:lang w:val="es-CL"/>
              </w:rPr>
            </w:pPr>
            <w:proofErr w:type="spellStart"/>
            <w:r w:rsidRPr="009B30C6">
              <w:rPr>
                <w:b/>
                <w:sz w:val="18"/>
                <w:lang w:val="es-CL"/>
              </w:rPr>
              <w:t>N°</w:t>
            </w:r>
            <w:proofErr w:type="spellEnd"/>
            <w:r w:rsidRPr="009B30C6">
              <w:rPr>
                <w:b/>
                <w:sz w:val="18"/>
                <w:lang w:val="es-CL"/>
              </w:rPr>
              <w:t xml:space="preserve"> estimado de participantes / estudiantes</w:t>
            </w:r>
          </w:p>
        </w:tc>
      </w:tr>
      <w:tr w:rsidR="009415DB" w:rsidRPr="00BD5A10" w14:paraId="520724D0" w14:textId="77777777">
        <w:trPr>
          <w:jc w:val="center"/>
        </w:trPr>
        <w:tc>
          <w:tcPr>
            <w:tcW w:w="4986" w:type="dxa"/>
            <w:vAlign w:val="center"/>
          </w:tcPr>
          <w:p w14:paraId="3F76F344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20"/>
                <w:lang w:val="es-CL"/>
              </w:rPr>
              <w:t xml:space="preserve"> </w:t>
            </w:r>
          </w:p>
        </w:tc>
        <w:tc>
          <w:tcPr>
            <w:tcW w:w="4986" w:type="dxa"/>
            <w:vAlign w:val="center"/>
          </w:tcPr>
          <w:p w14:paraId="515F59DC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20"/>
                <w:lang w:val="es-CL"/>
              </w:rPr>
              <w:t xml:space="preserve"> </w:t>
            </w:r>
          </w:p>
        </w:tc>
      </w:tr>
    </w:tbl>
    <w:p w14:paraId="771C1BDF" w14:textId="77777777" w:rsidR="009415DB" w:rsidRPr="009B30C6" w:rsidRDefault="00CA3B72">
      <w:pPr>
        <w:pStyle w:val="Ttulo1"/>
        <w:rPr>
          <w:lang w:val="es-CL"/>
        </w:rPr>
      </w:pPr>
      <w:r w:rsidRPr="009B30C6">
        <w:rPr>
          <w:lang w:val="es-CL"/>
        </w:rPr>
        <w:lastRenderedPageBreak/>
        <w:t>D. ANTECEDENTES Y ESTRUCTURA DEL PROYECTO</w:t>
      </w:r>
    </w:p>
    <w:p w14:paraId="0C6631D3" w14:textId="77777777" w:rsidR="009415DB" w:rsidRPr="009B30C6" w:rsidRDefault="00CA3B72">
      <w:pPr>
        <w:pStyle w:val="Ttulo2"/>
        <w:rPr>
          <w:lang w:val="es-CL"/>
        </w:rPr>
      </w:pPr>
      <w:r w:rsidRPr="009B30C6">
        <w:rPr>
          <w:lang w:val="es-CL"/>
        </w:rPr>
        <w:t>1. Problema o pregunta de investigación</w:t>
      </w:r>
    </w:p>
    <w:p w14:paraId="47923036" w14:textId="77777777" w:rsidR="009415DB" w:rsidRPr="009B30C6" w:rsidRDefault="00CA3B72">
      <w:pPr>
        <w:rPr>
          <w:lang w:val="es-CL"/>
        </w:rPr>
      </w:pPr>
      <w:r w:rsidRPr="009B30C6">
        <w:rPr>
          <w:i/>
          <w:sz w:val="20"/>
          <w:lang w:val="es-CL"/>
        </w:rPr>
        <w:t>Describa claramente la problemática educativa que se abordará, su contexto y relevancia para la docencia universitaria. Formule explícitamente la pregunta de investigación, procurando que sea delimitada, investigable y viable.</w:t>
      </w:r>
      <w:r w:rsidRPr="009B30C6">
        <w:rPr>
          <w:b/>
          <w:sz w:val="20"/>
          <w:lang w:val="es-CL"/>
        </w:rPr>
        <w:t xml:space="preserve"> (Extensión máxima: 300 palabras).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54"/>
      </w:tblGrid>
      <w:tr w:rsidR="009415DB" w:rsidRPr="009B30C6" w14:paraId="7DDFA9DA" w14:textId="77777777" w:rsidTr="009B30C6">
        <w:trPr>
          <w:jc w:val="center"/>
        </w:trPr>
        <w:tc>
          <w:tcPr>
            <w:tcW w:w="9354" w:type="dxa"/>
          </w:tcPr>
          <w:p w14:paraId="4E50692C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lang w:val="es-CL"/>
              </w:rPr>
              <w:t xml:space="preserve"> </w:t>
            </w:r>
            <w:r w:rsidRPr="009B30C6">
              <w:rPr>
                <w:lang w:val="es-CL"/>
              </w:rPr>
              <w:br/>
              <w:t xml:space="preserve"> </w:t>
            </w:r>
            <w:r w:rsidRPr="009B30C6">
              <w:rPr>
                <w:lang w:val="es-CL"/>
              </w:rPr>
              <w:br/>
              <w:t xml:space="preserve"> </w:t>
            </w:r>
            <w:r w:rsidRPr="009B30C6">
              <w:rPr>
                <w:lang w:val="es-CL"/>
              </w:rPr>
              <w:br/>
              <w:t xml:space="preserve"> </w:t>
            </w:r>
            <w:r w:rsidRPr="009B30C6">
              <w:rPr>
                <w:lang w:val="es-CL"/>
              </w:rPr>
              <w:br/>
              <w:t xml:space="preserve"> </w:t>
            </w:r>
            <w:r w:rsidRPr="009B30C6">
              <w:rPr>
                <w:lang w:val="es-CL"/>
              </w:rPr>
              <w:br/>
              <w:t xml:space="preserve"> </w:t>
            </w:r>
            <w:r w:rsidRPr="009B30C6">
              <w:rPr>
                <w:lang w:val="es-CL"/>
              </w:rPr>
              <w:br/>
              <w:t xml:space="preserve"> </w:t>
            </w:r>
            <w:r w:rsidRPr="009B30C6">
              <w:rPr>
                <w:lang w:val="es-CL"/>
              </w:rPr>
              <w:br/>
              <w:t xml:space="preserve"> </w:t>
            </w:r>
          </w:p>
        </w:tc>
      </w:tr>
    </w:tbl>
    <w:p w14:paraId="08840D7B" w14:textId="77777777" w:rsidR="009415DB" w:rsidRPr="009B30C6" w:rsidRDefault="00CA3B72">
      <w:pPr>
        <w:pStyle w:val="Ttulo2"/>
        <w:rPr>
          <w:lang w:val="es-CL"/>
        </w:rPr>
      </w:pPr>
      <w:r w:rsidRPr="009B30C6">
        <w:rPr>
          <w:lang w:val="es-CL"/>
        </w:rPr>
        <w:t>2. Fundamentación</w:t>
      </w:r>
    </w:p>
    <w:p w14:paraId="4D05CFC5" w14:textId="77777777" w:rsidR="009415DB" w:rsidRPr="009B30C6" w:rsidRDefault="00CA3B72">
      <w:pPr>
        <w:rPr>
          <w:lang w:val="es-CL"/>
        </w:rPr>
      </w:pPr>
      <w:r w:rsidRPr="009B30C6">
        <w:rPr>
          <w:i/>
          <w:sz w:val="20"/>
          <w:lang w:val="es-CL"/>
        </w:rPr>
        <w:t>Fundamente la importancia de la investigación propuesta, su pertinencia para el contexto educativo y su potencial contribución al conocimiento y/o a la mejora de la práctica docente.</w:t>
      </w:r>
      <w:r w:rsidRPr="009B30C6">
        <w:rPr>
          <w:b/>
          <w:sz w:val="20"/>
          <w:lang w:val="es-CL"/>
        </w:rPr>
        <w:t xml:space="preserve"> (Extensión máxima: 250 palabras).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54"/>
      </w:tblGrid>
      <w:tr w:rsidR="009415DB" w:rsidRPr="009B30C6" w14:paraId="790305AE" w14:textId="77777777" w:rsidTr="009B30C6">
        <w:trPr>
          <w:jc w:val="center"/>
        </w:trPr>
        <w:tc>
          <w:tcPr>
            <w:tcW w:w="9354" w:type="dxa"/>
          </w:tcPr>
          <w:p w14:paraId="73009939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lang w:val="es-CL"/>
              </w:rPr>
              <w:t xml:space="preserve"> </w:t>
            </w:r>
            <w:r w:rsidRPr="009B30C6">
              <w:rPr>
                <w:lang w:val="es-CL"/>
              </w:rPr>
              <w:br/>
              <w:t xml:space="preserve"> </w:t>
            </w:r>
            <w:r w:rsidRPr="009B30C6">
              <w:rPr>
                <w:lang w:val="es-CL"/>
              </w:rPr>
              <w:br/>
              <w:t xml:space="preserve"> </w:t>
            </w:r>
            <w:r w:rsidRPr="009B30C6">
              <w:rPr>
                <w:lang w:val="es-CL"/>
              </w:rPr>
              <w:br/>
              <w:t xml:space="preserve"> </w:t>
            </w:r>
            <w:r w:rsidRPr="009B30C6">
              <w:rPr>
                <w:lang w:val="es-CL"/>
              </w:rPr>
              <w:br/>
              <w:t xml:space="preserve"> </w:t>
            </w:r>
            <w:r w:rsidRPr="009B30C6">
              <w:rPr>
                <w:lang w:val="es-CL"/>
              </w:rPr>
              <w:br/>
              <w:t xml:space="preserve"> </w:t>
            </w:r>
            <w:r w:rsidRPr="009B30C6">
              <w:rPr>
                <w:lang w:val="es-CL"/>
              </w:rPr>
              <w:br/>
              <w:t xml:space="preserve"> </w:t>
            </w:r>
          </w:p>
        </w:tc>
      </w:tr>
    </w:tbl>
    <w:p w14:paraId="03FDECA9" w14:textId="77777777" w:rsidR="009415DB" w:rsidRPr="009B30C6" w:rsidRDefault="00CA3B72">
      <w:pPr>
        <w:pStyle w:val="Ttulo2"/>
        <w:rPr>
          <w:lang w:val="es-CL"/>
        </w:rPr>
      </w:pPr>
      <w:r w:rsidRPr="009B30C6">
        <w:rPr>
          <w:lang w:val="es-CL"/>
        </w:rPr>
        <w:t>3. Estado del arte</w:t>
      </w:r>
    </w:p>
    <w:p w14:paraId="3F6CBA07" w14:textId="77777777" w:rsidR="009415DB" w:rsidRPr="009B30C6" w:rsidRDefault="00CA3B72">
      <w:pPr>
        <w:rPr>
          <w:lang w:val="es-CL"/>
        </w:rPr>
      </w:pPr>
      <w:r w:rsidRPr="009B30C6">
        <w:rPr>
          <w:i/>
          <w:sz w:val="20"/>
          <w:lang w:val="es-CL"/>
        </w:rPr>
        <w:t>Presente una síntesis crítica de antecedentes y literatura especializada relevante y preferentemente actualizada. Identifique la brecha de conocimiento o necesidad de investigación que sustenta la propuesta. Incorpore las referencias bibliográficas pertinentes.</w:t>
      </w:r>
      <w:r w:rsidRPr="009B30C6">
        <w:rPr>
          <w:b/>
          <w:sz w:val="20"/>
          <w:lang w:val="es-CL"/>
        </w:rPr>
        <w:t xml:space="preserve"> (Extensión máxima: 500 palabras).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54"/>
      </w:tblGrid>
      <w:tr w:rsidR="009415DB" w:rsidRPr="009B30C6" w14:paraId="590461DD" w14:textId="77777777" w:rsidTr="009B30C6">
        <w:trPr>
          <w:jc w:val="center"/>
        </w:trPr>
        <w:tc>
          <w:tcPr>
            <w:tcW w:w="9354" w:type="dxa"/>
          </w:tcPr>
          <w:p w14:paraId="492985F2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lang w:val="es-CL"/>
              </w:rPr>
              <w:t xml:space="preserve"> </w:t>
            </w:r>
            <w:r w:rsidRPr="009B30C6">
              <w:rPr>
                <w:lang w:val="es-CL"/>
              </w:rPr>
              <w:br/>
              <w:t xml:space="preserve"> </w:t>
            </w:r>
            <w:r w:rsidRPr="009B30C6">
              <w:rPr>
                <w:lang w:val="es-CL"/>
              </w:rPr>
              <w:br/>
              <w:t xml:space="preserve"> </w:t>
            </w:r>
            <w:r w:rsidRPr="009B30C6">
              <w:rPr>
                <w:lang w:val="es-CL"/>
              </w:rPr>
              <w:br/>
              <w:t xml:space="preserve"> </w:t>
            </w:r>
            <w:r w:rsidRPr="009B30C6">
              <w:rPr>
                <w:lang w:val="es-CL"/>
              </w:rPr>
              <w:br/>
              <w:t xml:space="preserve"> </w:t>
            </w:r>
            <w:r w:rsidRPr="009B30C6">
              <w:rPr>
                <w:lang w:val="es-CL"/>
              </w:rPr>
              <w:br/>
              <w:t xml:space="preserve"> </w:t>
            </w:r>
            <w:r w:rsidRPr="009B30C6">
              <w:rPr>
                <w:lang w:val="es-CL"/>
              </w:rPr>
              <w:br/>
              <w:t xml:space="preserve"> </w:t>
            </w:r>
            <w:r w:rsidRPr="009B30C6">
              <w:rPr>
                <w:lang w:val="es-CL"/>
              </w:rPr>
              <w:br/>
              <w:t xml:space="preserve"> </w:t>
            </w:r>
            <w:r w:rsidRPr="009B30C6">
              <w:rPr>
                <w:lang w:val="es-CL"/>
              </w:rPr>
              <w:br/>
              <w:t xml:space="preserve"> </w:t>
            </w:r>
            <w:r w:rsidRPr="009B30C6">
              <w:rPr>
                <w:lang w:val="es-CL"/>
              </w:rPr>
              <w:br/>
              <w:t xml:space="preserve"> </w:t>
            </w:r>
            <w:r w:rsidRPr="009B30C6">
              <w:rPr>
                <w:lang w:val="es-CL"/>
              </w:rPr>
              <w:br/>
              <w:t xml:space="preserve"> </w:t>
            </w:r>
          </w:p>
        </w:tc>
      </w:tr>
    </w:tbl>
    <w:p w14:paraId="182B4A08" w14:textId="77777777" w:rsidR="009415DB" w:rsidRPr="009B30C6" w:rsidRDefault="00CA3B72">
      <w:pPr>
        <w:pStyle w:val="Ttulo2"/>
        <w:rPr>
          <w:lang w:val="es-CL"/>
        </w:rPr>
      </w:pPr>
      <w:r w:rsidRPr="009B30C6">
        <w:rPr>
          <w:lang w:val="es-CL"/>
        </w:rPr>
        <w:t>4. Objetivos</w:t>
      </w:r>
    </w:p>
    <w:p w14:paraId="4FC3DA37" w14:textId="77777777" w:rsidR="009415DB" w:rsidRPr="009B30C6" w:rsidRDefault="00CA3B72">
      <w:pPr>
        <w:rPr>
          <w:lang w:val="es-CL"/>
        </w:rPr>
      </w:pPr>
      <w:r w:rsidRPr="009B30C6">
        <w:rPr>
          <w:i/>
          <w:sz w:val="20"/>
          <w:lang w:val="es-CL"/>
        </w:rPr>
        <w:t>Formule un objetivo general y los objetivos específicos. Estos deben ser claros, precisos, alcanzables y consistentes con el problema y la pregunta de investigación.</w:t>
      </w:r>
      <w:r w:rsidRPr="009B30C6">
        <w:rPr>
          <w:b/>
          <w:sz w:val="20"/>
          <w:lang w:val="es-CL"/>
        </w:rPr>
        <w:t xml:space="preserve"> (Extensión máxima: 180 palabras).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54"/>
      </w:tblGrid>
      <w:tr w:rsidR="009415DB" w:rsidRPr="009B30C6" w14:paraId="7211ADCB" w14:textId="77777777" w:rsidTr="009B30C6">
        <w:trPr>
          <w:jc w:val="center"/>
        </w:trPr>
        <w:tc>
          <w:tcPr>
            <w:tcW w:w="9354" w:type="dxa"/>
          </w:tcPr>
          <w:p w14:paraId="27974A7F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lang w:val="es-CL"/>
              </w:rPr>
              <w:t xml:space="preserve"> </w:t>
            </w:r>
            <w:r w:rsidRPr="009B30C6">
              <w:rPr>
                <w:lang w:val="es-CL"/>
              </w:rPr>
              <w:br/>
              <w:t xml:space="preserve"> </w:t>
            </w:r>
            <w:r w:rsidRPr="009B30C6">
              <w:rPr>
                <w:lang w:val="es-CL"/>
              </w:rPr>
              <w:br/>
              <w:t xml:space="preserve"> </w:t>
            </w:r>
            <w:r w:rsidRPr="009B30C6">
              <w:rPr>
                <w:lang w:val="es-CL"/>
              </w:rPr>
              <w:br/>
              <w:t xml:space="preserve"> </w:t>
            </w:r>
            <w:r w:rsidRPr="009B30C6">
              <w:rPr>
                <w:lang w:val="es-CL"/>
              </w:rPr>
              <w:br/>
            </w:r>
            <w:r w:rsidRPr="009B30C6">
              <w:rPr>
                <w:lang w:val="es-CL"/>
              </w:rPr>
              <w:lastRenderedPageBreak/>
              <w:t xml:space="preserve"> </w:t>
            </w:r>
            <w:r w:rsidRPr="009B30C6">
              <w:rPr>
                <w:lang w:val="es-CL"/>
              </w:rPr>
              <w:br/>
              <w:t xml:space="preserve"> </w:t>
            </w:r>
          </w:p>
        </w:tc>
      </w:tr>
    </w:tbl>
    <w:p w14:paraId="2B4545C6" w14:textId="77777777" w:rsidR="009415DB" w:rsidRPr="009B30C6" w:rsidRDefault="00CA3B72">
      <w:pPr>
        <w:pStyle w:val="Ttulo2"/>
        <w:rPr>
          <w:lang w:val="es-CL"/>
        </w:rPr>
      </w:pPr>
      <w:r w:rsidRPr="009B30C6">
        <w:rPr>
          <w:lang w:val="es-CL"/>
        </w:rPr>
        <w:lastRenderedPageBreak/>
        <w:t>5. Metodología</w:t>
      </w:r>
    </w:p>
    <w:p w14:paraId="1B928EAE" w14:textId="77777777" w:rsidR="009415DB" w:rsidRPr="009B30C6" w:rsidRDefault="00CA3B72">
      <w:pPr>
        <w:rPr>
          <w:lang w:val="es-CL"/>
        </w:rPr>
      </w:pPr>
      <w:r w:rsidRPr="009B30C6">
        <w:rPr>
          <w:i/>
          <w:sz w:val="20"/>
          <w:lang w:val="es-CL"/>
        </w:rPr>
        <w:t>Describa y justifique el enfoque y diseño metodológico, participantes o unidades de análisis, criterios de selección o muestreo, contexto, variables o dimensiones, técnicas e instrumentos de recolección de datos y procedimientos. Explique cómo el diseño permitirá responder la pregunta de investigación.</w:t>
      </w:r>
      <w:r w:rsidRPr="009B30C6">
        <w:rPr>
          <w:b/>
          <w:sz w:val="20"/>
          <w:lang w:val="es-CL"/>
        </w:rPr>
        <w:t xml:space="preserve"> (Extensión máxima: 700 palabras).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54"/>
      </w:tblGrid>
      <w:tr w:rsidR="009415DB" w:rsidRPr="009B30C6" w14:paraId="0582B25D" w14:textId="77777777" w:rsidTr="009B30C6">
        <w:trPr>
          <w:jc w:val="center"/>
        </w:trPr>
        <w:tc>
          <w:tcPr>
            <w:tcW w:w="9354" w:type="dxa"/>
          </w:tcPr>
          <w:p w14:paraId="60786334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lang w:val="es-CL"/>
              </w:rPr>
              <w:t xml:space="preserve"> </w:t>
            </w:r>
            <w:r w:rsidRPr="009B30C6">
              <w:rPr>
                <w:lang w:val="es-CL"/>
              </w:rPr>
              <w:br/>
              <w:t xml:space="preserve"> </w:t>
            </w:r>
            <w:r w:rsidRPr="009B30C6">
              <w:rPr>
                <w:lang w:val="es-CL"/>
              </w:rPr>
              <w:br/>
              <w:t xml:space="preserve"> </w:t>
            </w:r>
            <w:r w:rsidRPr="009B30C6">
              <w:rPr>
                <w:lang w:val="es-CL"/>
              </w:rPr>
              <w:br/>
              <w:t xml:space="preserve"> </w:t>
            </w:r>
            <w:r w:rsidRPr="009B30C6">
              <w:rPr>
                <w:lang w:val="es-CL"/>
              </w:rPr>
              <w:br/>
              <w:t xml:space="preserve"> </w:t>
            </w:r>
            <w:r w:rsidRPr="009B30C6">
              <w:rPr>
                <w:lang w:val="es-CL"/>
              </w:rPr>
              <w:br/>
              <w:t xml:space="preserve"> </w:t>
            </w:r>
            <w:r w:rsidRPr="009B30C6">
              <w:rPr>
                <w:lang w:val="es-CL"/>
              </w:rPr>
              <w:br/>
              <w:t xml:space="preserve"> </w:t>
            </w:r>
            <w:r w:rsidRPr="009B30C6">
              <w:rPr>
                <w:lang w:val="es-CL"/>
              </w:rPr>
              <w:br/>
              <w:t xml:space="preserve"> </w:t>
            </w:r>
            <w:r w:rsidRPr="009B30C6">
              <w:rPr>
                <w:lang w:val="es-CL"/>
              </w:rPr>
              <w:br/>
              <w:t xml:space="preserve"> </w:t>
            </w:r>
            <w:r w:rsidRPr="009B30C6">
              <w:rPr>
                <w:lang w:val="es-CL"/>
              </w:rPr>
              <w:br/>
              <w:t xml:space="preserve"> </w:t>
            </w:r>
            <w:r w:rsidRPr="009B30C6">
              <w:rPr>
                <w:lang w:val="es-CL"/>
              </w:rPr>
              <w:br/>
              <w:t xml:space="preserve"> </w:t>
            </w:r>
            <w:r w:rsidRPr="009B30C6">
              <w:rPr>
                <w:lang w:val="es-CL"/>
              </w:rPr>
              <w:br/>
              <w:t xml:space="preserve"> </w:t>
            </w:r>
            <w:r w:rsidRPr="009B30C6">
              <w:rPr>
                <w:lang w:val="es-CL"/>
              </w:rPr>
              <w:br/>
              <w:t xml:space="preserve"> </w:t>
            </w:r>
            <w:r w:rsidRPr="009B30C6">
              <w:rPr>
                <w:lang w:val="es-CL"/>
              </w:rPr>
              <w:br/>
              <w:t xml:space="preserve"> </w:t>
            </w:r>
            <w:r w:rsidRPr="009B30C6">
              <w:rPr>
                <w:lang w:val="es-CL"/>
              </w:rPr>
              <w:br/>
              <w:t xml:space="preserve"> </w:t>
            </w:r>
          </w:p>
        </w:tc>
      </w:tr>
    </w:tbl>
    <w:p w14:paraId="02013F8E" w14:textId="77777777" w:rsidR="009415DB" w:rsidRPr="009B30C6" w:rsidRDefault="00CA3B72">
      <w:pPr>
        <w:pStyle w:val="Ttulo2"/>
        <w:rPr>
          <w:lang w:val="es-CL"/>
        </w:rPr>
      </w:pPr>
      <w:r w:rsidRPr="009B30C6">
        <w:rPr>
          <w:lang w:val="es-CL"/>
        </w:rPr>
        <w:t>5.1. Estrategia de análisis de datos</w:t>
      </w:r>
    </w:p>
    <w:p w14:paraId="04EFCCAF" w14:textId="77777777" w:rsidR="009415DB" w:rsidRPr="009B30C6" w:rsidRDefault="00CA3B72">
      <w:pPr>
        <w:rPr>
          <w:lang w:val="es-CL"/>
        </w:rPr>
      </w:pPr>
      <w:r w:rsidRPr="009B30C6">
        <w:rPr>
          <w:i/>
          <w:sz w:val="20"/>
          <w:lang w:val="es-CL"/>
        </w:rPr>
        <w:t>Describa las técnicas de análisis cuantitativo, cualitativo o mixto que se utilizarán y su correspondencia con los datos que se recogerán. Señale, cuando corresponda, procedimientos para asegurar validez, confiabilidad, credibilidad o rigor.</w:t>
      </w:r>
      <w:r w:rsidRPr="009B30C6">
        <w:rPr>
          <w:b/>
          <w:sz w:val="20"/>
          <w:lang w:val="es-CL"/>
        </w:rPr>
        <w:t xml:space="preserve"> (Extensión máxima: 300 palabras).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54"/>
      </w:tblGrid>
      <w:tr w:rsidR="009415DB" w:rsidRPr="009B30C6" w14:paraId="5B3BD7CB" w14:textId="77777777" w:rsidTr="009B30C6">
        <w:trPr>
          <w:jc w:val="center"/>
        </w:trPr>
        <w:tc>
          <w:tcPr>
            <w:tcW w:w="9354" w:type="dxa"/>
          </w:tcPr>
          <w:p w14:paraId="7E8BFB7D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lang w:val="es-CL"/>
              </w:rPr>
              <w:t xml:space="preserve"> </w:t>
            </w:r>
            <w:r w:rsidRPr="009B30C6">
              <w:rPr>
                <w:lang w:val="es-CL"/>
              </w:rPr>
              <w:br/>
              <w:t xml:space="preserve"> </w:t>
            </w:r>
            <w:r w:rsidRPr="009B30C6">
              <w:rPr>
                <w:lang w:val="es-CL"/>
              </w:rPr>
              <w:br/>
              <w:t xml:space="preserve"> </w:t>
            </w:r>
            <w:r w:rsidRPr="009B30C6">
              <w:rPr>
                <w:lang w:val="es-CL"/>
              </w:rPr>
              <w:br/>
              <w:t xml:space="preserve"> </w:t>
            </w:r>
            <w:r w:rsidRPr="009B30C6">
              <w:rPr>
                <w:lang w:val="es-CL"/>
              </w:rPr>
              <w:br/>
              <w:t xml:space="preserve"> </w:t>
            </w:r>
            <w:r w:rsidRPr="009B30C6">
              <w:rPr>
                <w:lang w:val="es-CL"/>
              </w:rPr>
              <w:br/>
              <w:t xml:space="preserve"> </w:t>
            </w:r>
            <w:r w:rsidRPr="009B30C6">
              <w:rPr>
                <w:lang w:val="es-CL"/>
              </w:rPr>
              <w:br/>
              <w:t xml:space="preserve"> </w:t>
            </w:r>
            <w:r w:rsidRPr="009B30C6">
              <w:rPr>
                <w:lang w:val="es-CL"/>
              </w:rPr>
              <w:br/>
              <w:t xml:space="preserve"> </w:t>
            </w:r>
          </w:p>
        </w:tc>
      </w:tr>
    </w:tbl>
    <w:p w14:paraId="21D27F4F" w14:textId="77777777" w:rsidR="009415DB" w:rsidRPr="009B30C6" w:rsidRDefault="00CA3B72">
      <w:pPr>
        <w:pStyle w:val="Ttulo2"/>
        <w:rPr>
          <w:lang w:val="es-CL"/>
        </w:rPr>
      </w:pPr>
      <w:r w:rsidRPr="009B30C6">
        <w:rPr>
          <w:lang w:val="es-CL"/>
        </w:rPr>
        <w:t>6. Cronograma</w:t>
      </w:r>
    </w:p>
    <w:p w14:paraId="236AB724" w14:textId="77777777" w:rsidR="009415DB" w:rsidRPr="009B30C6" w:rsidRDefault="00CA3B72">
      <w:pPr>
        <w:rPr>
          <w:lang w:val="es-CL"/>
        </w:rPr>
      </w:pPr>
      <w:r w:rsidRPr="009B30C6">
        <w:rPr>
          <w:i/>
          <w:sz w:val="20"/>
          <w:lang w:val="es-CL"/>
        </w:rPr>
        <w:t>Identifique los principales hitos y actividades del proyecto durante los doce meses de ejecución. Marque con una “X” los meses correspondientes.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841"/>
        <w:gridCol w:w="759"/>
        <w:gridCol w:w="759"/>
        <w:gridCol w:w="760"/>
        <w:gridCol w:w="760"/>
        <w:gridCol w:w="760"/>
        <w:gridCol w:w="760"/>
        <w:gridCol w:w="760"/>
        <w:gridCol w:w="760"/>
        <w:gridCol w:w="760"/>
        <w:gridCol w:w="761"/>
        <w:gridCol w:w="761"/>
        <w:gridCol w:w="761"/>
      </w:tblGrid>
      <w:tr w:rsidR="009415DB" w:rsidRPr="009B30C6" w14:paraId="32F06DEA" w14:textId="77777777">
        <w:trPr>
          <w:jc w:val="center"/>
        </w:trPr>
        <w:tc>
          <w:tcPr>
            <w:tcW w:w="767" w:type="dxa"/>
            <w:shd w:val="clear" w:color="auto" w:fill="E7E6E6"/>
            <w:vAlign w:val="center"/>
          </w:tcPr>
          <w:p w14:paraId="5000B7D2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b/>
                <w:sz w:val="16"/>
                <w:lang w:val="es-CL"/>
              </w:rPr>
              <w:t>Actividad / hito</w:t>
            </w:r>
          </w:p>
        </w:tc>
        <w:tc>
          <w:tcPr>
            <w:tcW w:w="767" w:type="dxa"/>
            <w:shd w:val="clear" w:color="auto" w:fill="E7E6E6"/>
            <w:vAlign w:val="center"/>
          </w:tcPr>
          <w:p w14:paraId="4698C1AA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b/>
                <w:sz w:val="16"/>
                <w:lang w:val="es-CL"/>
              </w:rPr>
              <w:t>M1</w:t>
            </w:r>
          </w:p>
        </w:tc>
        <w:tc>
          <w:tcPr>
            <w:tcW w:w="767" w:type="dxa"/>
            <w:shd w:val="clear" w:color="auto" w:fill="E7E6E6"/>
            <w:vAlign w:val="center"/>
          </w:tcPr>
          <w:p w14:paraId="6D4A7072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b/>
                <w:sz w:val="16"/>
                <w:lang w:val="es-CL"/>
              </w:rPr>
              <w:t>M2</w:t>
            </w:r>
          </w:p>
        </w:tc>
        <w:tc>
          <w:tcPr>
            <w:tcW w:w="767" w:type="dxa"/>
            <w:shd w:val="clear" w:color="auto" w:fill="E7E6E6"/>
            <w:vAlign w:val="center"/>
          </w:tcPr>
          <w:p w14:paraId="5BC8AF83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b/>
                <w:sz w:val="16"/>
                <w:lang w:val="es-CL"/>
              </w:rPr>
              <w:t>M3</w:t>
            </w:r>
          </w:p>
        </w:tc>
        <w:tc>
          <w:tcPr>
            <w:tcW w:w="767" w:type="dxa"/>
            <w:shd w:val="clear" w:color="auto" w:fill="E7E6E6"/>
            <w:vAlign w:val="center"/>
          </w:tcPr>
          <w:p w14:paraId="3D021639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b/>
                <w:sz w:val="16"/>
                <w:lang w:val="es-CL"/>
              </w:rPr>
              <w:t>M4</w:t>
            </w:r>
          </w:p>
        </w:tc>
        <w:tc>
          <w:tcPr>
            <w:tcW w:w="767" w:type="dxa"/>
            <w:shd w:val="clear" w:color="auto" w:fill="E7E6E6"/>
            <w:vAlign w:val="center"/>
          </w:tcPr>
          <w:p w14:paraId="141B5630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b/>
                <w:sz w:val="16"/>
                <w:lang w:val="es-CL"/>
              </w:rPr>
              <w:t>M5</w:t>
            </w:r>
          </w:p>
        </w:tc>
        <w:tc>
          <w:tcPr>
            <w:tcW w:w="767" w:type="dxa"/>
            <w:shd w:val="clear" w:color="auto" w:fill="E7E6E6"/>
            <w:vAlign w:val="center"/>
          </w:tcPr>
          <w:p w14:paraId="77C61BDE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b/>
                <w:sz w:val="16"/>
                <w:lang w:val="es-CL"/>
              </w:rPr>
              <w:t>M6</w:t>
            </w:r>
          </w:p>
        </w:tc>
        <w:tc>
          <w:tcPr>
            <w:tcW w:w="767" w:type="dxa"/>
            <w:shd w:val="clear" w:color="auto" w:fill="E7E6E6"/>
            <w:vAlign w:val="center"/>
          </w:tcPr>
          <w:p w14:paraId="062808D7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b/>
                <w:sz w:val="16"/>
                <w:lang w:val="es-CL"/>
              </w:rPr>
              <w:t>M7</w:t>
            </w:r>
          </w:p>
        </w:tc>
        <w:tc>
          <w:tcPr>
            <w:tcW w:w="767" w:type="dxa"/>
            <w:shd w:val="clear" w:color="auto" w:fill="E7E6E6"/>
            <w:vAlign w:val="center"/>
          </w:tcPr>
          <w:p w14:paraId="48E7D6E1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b/>
                <w:sz w:val="16"/>
                <w:lang w:val="es-CL"/>
              </w:rPr>
              <w:t>M8</w:t>
            </w:r>
          </w:p>
        </w:tc>
        <w:tc>
          <w:tcPr>
            <w:tcW w:w="767" w:type="dxa"/>
            <w:shd w:val="clear" w:color="auto" w:fill="E7E6E6"/>
            <w:vAlign w:val="center"/>
          </w:tcPr>
          <w:p w14:paraId="012B471D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b/>
                <w:sz w:val="16"/>
                <w:lang w:val="es-CL"/>
              </w:rPr>
              <w:t>M9</w:t>
            </w:r>
          </w:p>
        </w:tc>
        <w:tc>
          <w:tcPr>
            <w:tcW w:w="767" w:type="dxa"/>
            <w:shd w:val="clear" w:color="auto" w:fill="E7E6E6"/>
            <w:vAlign w:val="center"/>
          </w:tcPr>
          <w:p w14:paraId="7453E10C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b/>
                <w:sz w:val="16"/>
                <w:lang w:val="es-CL"/>
              </w:rPr>
              <w:t>M10</w:t>
            </w:r>
          </w:p>
        </w:tc>
        <w:tc>
          <w:tcPr>
            <w:tcW w:w="767" w:type="dxa"/>
            <w:shd w:val="clear" w:color="auto" w:fill="E7E6E6"/>
            <w:vAlign w:val="center"/>
          </w:tcPr>
          <w:p w14:paraId="50ED8E6F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b/>
                <w:sz w:val="16"/>
                <w:lang w:val="es-CL"/>
              </w:rPr>
              <w:t>M11</w:t>
            </w:r>
          </w:p>
        </w:tc>
        <w:tc>
          <w:tcPr>
            <w:tcW w:w="767" w:type="dxa"/>
            <w:shd w:val="clear" w:color="auto" w:fill="E7E6E6"/>
            <w:vAlign w:val="center"/>
          </w:tcPr>
          <w:p w14:paraId="447E0E1E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b/>
                <w:sz w:val="16"/>
                <w:lang w:val="es-CL"/>
              </w:rPr>
              <w:t>M12</w:t>
            </w:r>
          </w:p>
        </w:tc>
      </w:tr>
      <w:tr w:rsidR="009415DB" w:rsidRPr="009B30C6" w14:paraId="6C54B235" w14:textId="77777777">
        <w:trPr>
          <w:jc w:val="center"/>
        </w:trPr>
        <w:tc>
          <w:tcPr>
            <w:tcW w:w="767" w:type="dxa"/>
            <w:vAlign w:val="center"/>
          </w:tcPr>
          <w:p w14:paraId="4CB57BC1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  <w:tc>
          <w:tcPr>
            <w:tcW w:w="767" w:type="dxa"/>
            <w:vAlign w:val="center"/>
          </w:tcPr>
          <w:p w14:paraId="69597B78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  <w:tc>
          <w:tcPr>
            <w:tcW w:w="767" w:type="dxa"/>
            <w:vAlign w:val="center"/>
          </w:tcPr>
          <w:p w14:paraId="28E29B10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  <w:tc>
          <w:tcPr>
            <w:tcW w:w="767" w:type="dxa"/>
            <w:vAlign w:val="center"/>
          </w:tcPr>
          <w:p w14:paraId="186380F1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  <w:tc>
          <w:tcPr>
            <w:tcW w:w="767" w:type="dxa"/>
            <w:vAlign w:val="center"/>
          </w:tcPr>
          <w:p w14:paraId="3C566602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  <w:tc>
          <w:tcPr>
            <w:tcW w:w="767" w:type="dxa"/>
            <w:vAlign w:val="center"/>
          </w:tcPr>
          <w:p w14:paraId="59942701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  <w:tc>
          <w:tcPr>
            <w:tcW w:w="767" w:type="dxa"/>
            <w:vAlign w:val="center"/>
          </w:tcPr>
          <w:p w14:paraId="23A927C2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  <w:tc>
          <w:tcPr>
            <w:tcW w:w="767" w:type="dxa"/>
            <w:vAlign w:val="center"/>
          </w:tcPr>
          <w:p w14:paraId="2B670183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  <w:tc>
          <w:tcPr>
            <w:tcW w:w="767" w:type="dxa"/>
            <w:vAlign w:val="center"/>
          </w:tcPr>
          <w:p w14:paraId="29B1D5BC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  <w:tc>
          <w:tcPr>
            <w:tcW w:w="767" w:type="dxa"/>
            <w:vAlign w:val="center"/>
          </w:tcPr>
          <w:p w14:paraId="26614A4A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  <w:tc>
          <w:tcPr>
            <w:tcW w:w="767" w:type="dxa"/>
            <w:vAlign w:val="center"/>
          </w:tcPr>
          <w:p w14:paraId="7D6BCD2C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  <w:tc>
          <w:tcPr>
            <w:tcW w:w="767" w:type="dxa"/>
            <w:vAlign w:val="center"/>
          </w:tcPr>
          <w:p w14:paraId="2BAB1E73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  <w:tc>
          <w:tcPr>
            <w:tcW w:w="767" w:type="dxa"/>
            <w:vAlign w:val="center"/>
          </w:tcPr>
          <w:p w14:paraId="5EBBF938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</w:tr>
      <w:tr w:rsidR="009415DB" w:rsidRPr="009B30C6" w14:paraId="3D6E89F0" w14:textId="77777777">
        <w:trPr>
          <w:jc w:val="center"/>
        </w:trPr>
        <w:tc>
          <w:tcPr>
            <w:tcW w:w="767" w:type="dxa"/>
            <w:vAlign w:val="center"/>
          </w:tcPr>
          <w:p w14:paraId="0845856E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  <w:tc>
          <w:tcPr>
            <w:tcW w:w="767" w:type="dxa"/>
            <w:vAlign w:val="center"/>
          </w:tcPr>
          <w:p w14:paraId="6E1C8F45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  <w:tc>
          <w:tcPr>
            <w:tcW w:w="767" w:type="dxa"/>
            <w:vAlign w:val="center"/>
          </w:tcPr>
          <w:p w14:paraId="58B140C0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  <w:tc>
          <w:tcPr>
            <w:tcW w:w="767" w:type="dxa"/>
            <w:vAlign w:val="center"/>
          </w:tcPr>
          <w:p w14:paraId="230DFB2A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  <w:tc>
          <w:tcPr>
            <w:tcW w:w="767" w:type="dxa"/>
            <w:vAlign w:val="center"/>
          </w:tcPr>
          <w:p w14:paraId="6A6945EF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  <w:tc>
          <w:tcPr>
            <w:tcW w:w="767" w:type="dxa"/>
            <w:vAlign w:val="center"/>
          </w:tcPr>
          <w:p w14:paraId="63ACCD32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  <w:tc>
          <w:tcPr>
            <w:tcW w:w="767" w:type="dxa"/>
            <w:vAlign w:val="center"/>
          </w:tcPr>
          <w:p w14:paraId="7748DC2A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  <w:tc>
          <w:tcPr>
            <w:tcW w:w="767" w:type="dxa"/>
            <w:vAlign w:val="center"/>
          </w:tcPr>
          <w:p w14:paraId="413331C4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  <w:tc>
          <w:tcPr>
            <w:tcW w:w="767" w:type="dxa"/>
            <w:vAlign w:val="center"/>
          </w:tcPr>
          <w:p w14:paraId="64090571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  <w:tc>
          <w:tcPr>
            <w:tcW w:w="767" w:type="dxa"/>
            <w:vAlign w:val="center"/>
          </w:tcPr>
          <w:p w14:paraId="4922A6B4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  <w:tc>
          <w:tcPr>
            <w:tcW w:w="767" w:type="dxa"/>
            <w:vAlign w:val="center"/>
          </w:tcPr>
          <w:p w14:paraId="51621B62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  <w:tc>
          <w:tcPr>
            <w:tcW w:w="767" w:type="dxa"/>
            <w:vAlign w:val="center"/>
          </w:tcPr>
          <w:p w14:paraId="3BC17032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  <w:tc>
          <w:tcPr>
            <w:tcW w:w="767" w:type="dxa"/>
            <w:vAlign w:val="center"/>
          </w:tcPr>
          <w:p w14:paraId="06F9EFBB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</w:tr>
      <w:tr w:rsidR="009415DB" w:rsidRPr="009B30C6" w14:paraId="0666BA4A" w14:textId="77777777">
        <w:trPr>
          <w:jc w:val="center"/>
        </w:trPr>
        <w:tc>
          <w:tcPr>
            <w:tcW w:w="767" w:type="dxa"/>
            <w:vAlign w:val="center"/>
          </w:tcPr>
          <w:p w14:paraId="54AE8E15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  <w:tc>
          <w:tcPr>
            <w:tcW w:w="767" w:type="dxa"/>
            <w:vAlign w:val="center"/>
          </w:tcPr>
          <w:p w14:paraId="478DA9EC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  <w:tc>
          <w:tcPr>
            <w:tcW w:w="767" w:type="dxa"/>
            <w:vAlign w:val="center"/>
          </w:tcPr>
          <w:p w14:paraId="20BCAAF6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  <w:tc>
          <w:tcPr>
            <w:tcW w:w="767" w:type="dxa"/>
            <w:vAlign w:val="center"/>
          </w:tcPr>
          <w:p w14:paraId="00F76C3F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  <w:tc>
          <w:tcPr>
            <w:tcW w:w="767" w:type="dxa"/>
            <w:vAlign w:val="center"/>
          </w:tcPr>
          <w:p w14:paraId="2F006E4D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  <w:tc>
          <w:tcPr>
            <w:tcW w:w="767" w:type="dxa"/>
            <w:vAlign w:val="center"/>
          </w:tcPr>
          <w:p w14:paraId="3E944967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  <w:tc>
          <w:tcPr>
            <w:tcW w:w="767" w:type="dxa"/>
            <w:vAlign w:val="center"/>
          </w:tcPr>
          <w:p w14:paraId="59D0DA0F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  <w:tc>
          <w:tcPr>
            <w:tcW w:w="767" w:type="dxa"/>
            <w:vAlign w:val="center"/>
          </w:tcPr>
          <w:p w14:paraId="3C4A4751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  <w:tc>
          <w:tcPr>
            <w:tcW w:w="767" w:type="dxa"/>
            <w:vAlign w:val="center"/>
          </w:tcPr>
          <w:p w14:paraId="089ECE6A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  <w:tc>
          <w:tcPr>
            <w:tcW w:w="767" w:type="dxa"/>
            <w:vAlign w:val="center"/>
          </w:tcPr>
          <w:p w14:paraId="4F615FC5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  <w:tc>
          <w:tcPr>
            <w:tcW w:w="767" w:type="dxa"/>
            <w:vAlign w:val="center"/>
          </w:tcPr>
          <w:p w14:paraId="65A3E94C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  <w:tc>
          <w:tcPr>
            <w:tcW w:w="767" w:type="dxa"/>
            <w:vAlign w:val="center"/>
          </w:tcPr>
          <w:p w14:paraId="5C39F58E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  <w:tc>
          <w:tcPr>
            <w:tcW w:w="767" w:type="dxa"/>
            <w:vAlign w:val="center"/>
          </w:tcPr>
          <w:p w14:paraId="368E2679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</w:tr>
      <w:tr w:rsidR="009415DB" w:rsidRPr="009B30C6" w14:paraId="15E398C0" w14:textId="77777777">
        <w:trPr>
          <w:jc w:val="center"/>
        </w:trPr>
        <w:tc>
          <w:tcPr>
            <w:tcW w:w="767" w:type="dxa"/>
            <w:vAlign w:val="center"/>
          </w:tcPr>
          <w:p w14:paraId="2E05638E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  <w:tc>
          <w:tcPr>
            <w:tcW w:w="767" w:type="dxa"/>
            <w:vAlign w:val="center"/>
          </w:tcPr>
          <w:p w14:paraId="1FC8FAAE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  <w:tc>
          <w:tcPr>
            <w:tcW w:w="767" w:type="dxa"/>
            <w:vAlign w:val="center"/>
          </w:tcPr>
          <w:p w14:paraId="7C45B29C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  <w:tc>
          <w:tcPr>
            <w:tcW w:w="767" w:type="dxa"/>
            <w:vAlign w:val="center"/>
          </w:tcPr>
          <w:p w14:paraId="18E1FCDE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  <w:tc>
          <w:tcPr>
            <w:tcW w:w="767" w:type="dxa"/>
            <w:vAlign w:val="center"/>
          </w:tcPr>
          <w:p w14:paraId="30AE7D3B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  <w:tc>
          <w:tcPr>
            <w:tcW w:w="767" w:type="dxa"/>
            <w:vAlign w:val="center"/>
          </w:tcPr>
          <w:p w14:paraId="31071D32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  <w:tc>
          <w:tcPr>
            <w:tcW w:w="767" w:type="dxa"/>
            <w:vAlign w:val="center"/>
          </w:tcPr>
          <w:p w14:paraId="78F7DC0E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  <w:tc>
          <w:tcPr>
            <w:tcW w:w="767" w:type="dxa"/>
            <w:vAlign w:val="center"/>
          </w:tcPr>
          <w:p w14:paraId="57C1FD92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  <w:tc>
          <w:tcPr>
            <w:tcW w:w="767" w:type="dxa"/>
            <w:vAlign w:val="center"/>
          </w:tcPr>
          <w:p w14:paraId="4829A6E0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  <w:tc>
          <w:tcPr>
            <w:tcW w:w="767" w:type="dxa"/>
            <w:vAlign w:val="center"/>
          </w:tcPr>
          <w:p w14:paraId="00F3BB3E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  <w:tc>
          <w:tcPr>
            <w:tcW w:w="767" w:type="dxa"/>
            <w:vAlign w:val="center"/>
          </w:tcPr>
          <w:p w14:paraId="2162E12A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  <w:tc>
          <w:tcPr>
            <w:tcW w:w="767" w:type="dxa"/>
            <w:vAlign w:val="center"/>
          </w:tcPr>
          <w:p w14:paraId="6964BF1B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  <w:tc>
          <w:tcPr>
            <w:tcW w:w="767" w:type="dxa"/>
            <w:vAlign w:val="center"/>
          </w:tcPr>
          <w:p w14:paraId="590452A6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</w:tr>
      <w:tr w:rsidR="009415DB" w:rsidRPr="009B30C6" w14:paraId="2A5C7C19" w14:textId="77777777">
        <w:trPr>
          <w:jc w:val="center"/>
        </w:trPr>
        <w:tc>
          <w:tcPr>
            <w:tcW w:w="767" w:type="dxa"/>
            <w:vAlign w:val="center"/>
          </w:tcPr>
          <w:p w14:paraId="5767CD8C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  <w:tc>
          <w:tcPr>
            <w:tcW w:w="767" w:type="dxa"/>
            <w:vAlign w:val="center"/>
          </w:tcPr>
          <w:p w14:paraId="44455EDB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  <w:tc>
          <w:tcPr>
            <w:tcW w:w="767" w:type="dxa"/>
            <w:vAlign w:val="center"/>
          </w:tcPr>
          <w:p w14:paraId="3454E016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  <w:tc>
          <w:tcPr>
            <w:tcW w:w="767" w:type="dxa"/>
            <w:vAlign w:val="center"/>
          </w:tcPr>
          <w:p w14:paraId="37256E61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  <w:tc>
          <w:tcPr>
            <w:tcW w:w="767" w:type="dxa"/>
            <w:vAlign w:val="center"/>
          </w:tcPr>
          <w:p w14:paraId="32085688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  <w:tc>
          <w:tcPr>
            <w:tcW w:w="767" w:type="dxa"/>
            <w:vAlign w:val="center"/>
          </w:tcPr>
          <w:p w14:paraId="04EC6A57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  <w:tc>
          <w:tcPr>
            <w:tcW w:w="767" w:type="dxa"/>
            <w:vAlign w:val="center"/>
          </w:tcPr>
          <w:p w14:paraId="7CB8314B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  <w:tc>
          <w:tcPr>
            <w:tcW w:w="767" w:type="dxa"/>
            <w:vAlign w:val="center"/>
          </w:tcPr>
          <w:p w14:paraId="4147F219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  <w:tc>
          <w:tcPr>
            <w:tcW w:w="767" w:type="dxa"/>
            <w:vAlign w:val="center"/>
          </w:tcPr>
          <w:p w14:paraId="001F79A2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  <w:tc>
          <w:tcPr>
            <w:tcW w:w="767" w:type="dxa"/>
            <w:vAlign w:val="center"/>
          </w:tcPr>
          <w:p w14:paraId="5289F971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  <w:tc>
          <w:tcPr>
            <w:tcW w:w="767" w:type="dxa"/>
            <w:vAlign w:val="center"/>
          </w:tcPr>
          <w:p w14:paraId="123349BC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  <w:tc>
          <w:tcPr>
            <w:tcW w:w="767" w:type="dxa"/>
            <w:vAlign w:val="center"/>
          </w:tcPr>
          <w:p w14:paraId="54A05F74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  <w:tc>
          <w:tcPr>
            <w:tcW w:w="767" w:type="dxa"/>
            <w:vAlign w:val="center"/>
          </w:tcPr>
          <w:p w14:paraId="277ABAC9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</w:tr>
      <w:tr w:rsidR="009415DB" w:rsidRPr="009B30C6" w14:paraId="1009448E" w14:textId="77777777">
        <w:trPr>
          <w:jc w:val="center"/>
        </w:trPr>
        <w:tc>
          <w:tcPr>
            <w:tcW w:w="767" w:type="dxa"/>
            <w:vAlign w:val="center"/>
          </w:tcPr>
          <w:p w14:paraId="3911A512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  <w:tc>
          <w:tcPr>
            <w:tcW w:w="767" w:type="dxa"/>
            <w:vAlign w:val="center"/>
          </w:tcPr>
          <w:p w14:paraId="74F68325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  <w:tc>
          <w:tcPr>
            <w:tcW w:w="767" w:type="dxa"/>
            <w:vAlign w:val="center"/>
          </w:tcPr>
          <w:p w14:paraId="301219F4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  <w:tc>
          <w:tcPr>
            <w:tcW w:w="767" w:type="dxa"/>
            <w:vAlign w:val="center"/>
          </w:tcPr>
          <w:p w14:paraId="417A74B1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  <w:tc>
          <w:tcPr>
            <w:tcW w:w="767" w:type="dxa"/>
            <w:vAlign w:val="center"/>
          </w:tcPr>
          <w:p w14:paraId="11DB75FB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  <w:tc>
          <w:tcPr>
            <w:tcW w:w="767" w:type="dxa"/>
            <w:vAlign w:val="center"/>
          </w:tcPr>
          <w:p w14:paraId="2B49E332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  <w:tc>
          <w:tcPr>
            <w:tcW w:w="767" w:type="dxa"/>
            <w:vAlign w:val="center"/>
          </w:tcPr>
          <w:p w14:paraId="4C9DB3CE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  <w:tc>
          <w:tcPr>
            <w:tcW w:w="767" w:type="dxa"/>
            <w:vAlign w:val="center"/>
          </w:tcPr>
          <w:p w14:paraId="5907B9FB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  <w:tc>
          <w:tcPr>
            <w:tcW w:w="767" w:type="dxa"/>
            <w:vAlign w:val="center"/>
          </w:tcPr>
          <w:p w14:paraId="1876AB5A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  <w:tc>
          <w:tcPr>
            <w:tcW w:w="767" w:type="dxa"/>
            <w:vAlign w:val="center"/>
          </w:tcPr>
          <w:p w14:paraId="1B985505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  <w:tc>
          <w:tcPr>
            <w:tcW w:w="767" w:type="dxa"/>
            <w:vAlign w:val="center"/>
          </w:tcPr>
          <w:p w14:paraId="3E025292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  <w:tc>
          <w:tcPr>
            <w:tcW w:w="767" w:type="dxa"/>
            <w:vAlign w:val="center"/>
          </w:tcPr>
          <w:p w14:paraId="7A2675E4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  <w:tc>
          <w:tcPr>
            <w:tcW w:w="767" w:type="dxa"/>
            <w:vAlign w:val="center"/>
          </w:tcPr>
          <w:p w14:paraId="30859747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</w:tr>
      <w:tr w:rsidR="009415DB" w:rsidRPr="009B30C6" w14:paraId="1AF3955E" w14:textId="77777777">
        <w:trPr>
          <w:jc w:val="center"/>
        </w:trPr>
        <w:tc>
          <w:tcPr>
            <w:tcW w:w="767" w:type="dxa"/>
            <w:vAlign w:val="center"/>
          </w:tcPr>
          <w:p w14:paraId="4E97B32F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  <w:tc>
          <w:tcPr>
            <w:tcW w:w="767" w:type="dxa"/>
            <w:vAlign w:val="center"/>
          </w:tcPr>
          <w:p w14:paraId="2CC1E35F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  <w:tc>
          <w:tcPr>
            <w:tcW w:w="767" w:type="dxa"/>
            <w:vAlign w:val="center"/>
          </w:tcPr>
          <w:p w14:paraId="253C906D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  <w:tc>
          <w:tcPr>
            <w:tcW w:w="767" w:type="dxa"/>
            <w:vAlign w:val="center"/>
          </w:tcPr>
          <w:p w14:paraId="1F7D6211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  <w:tc>
          <w:tcPr>
            <w:tcW w:w="767" w:type="dxa"/>
            <w:vAlign w:val="center"/>
          </w:tcPr>
          <w:p w14:paraId="2827F00F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  <w:tc>
          <w:tcPr>
            <w:tcW w:w="767" w:type="dxa"/>
            <w:vAlign w:val="center"/>
          </w:tcPr>
          <w:p w14:paraId="1F3126AC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  <w:tc>
          <w:tcPr>
            <w:tcW w:w="767" w:type="dxa"/>
            <w:vAlign w:val="center"/>
          </w:tcPr>
          <w:p w14:paraId="3BA5694E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  <w:tc>
          <w:tcPr>
            <w:tcW w:w="767" w:type="dxa"/>
            <w:vAlign w:val="center"/>
          </w:tcPr>
          <w:p w14:paraId="53C5A07D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  <w:tc>
          <w:tcPr>
            <w:tcW w:w="767" w:type="dxa"/>
            <w:vAlign w:val="center"/>
          </w:tcPr>
          <w:p w14:paraId="66E21AD4" w14:textId="77777777" w:rsidR="009415DB" w:rsidRDefault="00CA3B72">
            <w:pPr>
              <w:rPr>
                <w:sz w:val="16"/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  <w:p w14:paraId="5FAABC5E" w14:textId="77777777" w:rsidR="000753EE" w:rsidRPr="000753EE" w:rsidRDefault="000753EE" w:rsidP="000753EE">
            <w:pPr>
              <w:rPr>
                <w:lang w:val="es-CL"/>
              </w:rPr>
            </w:pPr>
          </w:p>
        </w:tc>
        <w:tc>
          <w:tcPr>
            <w:tcW w:w="767" w:type="dxa"/>
            <w:vAlign w:val="center"/>
          </w:tcPr>
          <w:p w14:paraId="34093DA3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  <w:tc>
          <w:tcPr>
            <w:tcW w:w="767" w:type="dxa"/>
            <w:vAlign w:val="center"/>
          </w:tcPr>
          <w:p w14:paraId="618E67BC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  <w:tc>
          <w:tcPr>
            <w:tcW w:w="767" w:type="dxa"/>
            <w:vAlign w:val="center"/>
          </w:tcPr>
          <w:p w14:paraId="2F2E891D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  <w:tc>
          <w:tcPr>
            <w:tcW w:w="767" w:type="dxa"/>
            <w:vAlign w:val="center"/>
          </w:tcPr>
          <w:p w14:paraId="274EF401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6"/>
                <w:lang w:val="es-CL"/>
              </w:rPr>
              <w:t xml:space="preserve"> </w:t>
            </w:r>
          </w:p>
        </w:tc>
      </w:tr>
    </w:tbl>
    <w:p w14:paraId="0DB60A2C" w14:textId="77777777" w:rsidR="009415DB" w:rsidRPr="009B30C6" w:rsidRDefault="00CA3B72">
      <w:pPr>
        <w:pStyle w:val="Ttulo2"/>
        <w:rPr>
          <w:lang w:val="es-CL"/>
        </w:rPr>
      </w:pPr>
      <w:r w:rsidRPr="009B30C6">
        <w:rPr>
          <w:lang w:val="es-CL"/>
        </w:rPr>
        <w:lastRenderedPageBreak/>
        <w:t>7. Resultados esperados</w:t>
      </w:r>
    </w:p>
    <w:p w14:paraId="1BB0F75A" w14:textId="77777777" w:rsidR="009415DB" w:rsidRPr="009B30C6" w:rsidRDefault="00CA3B72">
      <w:pPr>
        <w:rPr>
          <w:lang w:val="es-CL"/>
        </w:rPr>
      </w:pPr>
      <w:r w:rsidRPr="009B30C6">
        <w:rPr>
          <w:i/>
          <w:sz w:val="20"/>
          <w:lang w:val="es-CL"/>
        </w:rPr>
        <w:t>Describa los principales resultados que se espera obtener y explique de qué manera contribuirán a responder la pregunta de investigación y a generar evidencia relevante para la docencia universitaria.</w:t>
      </w:r>
      <w:r w:rsidRPr="009B30C6">
        <w:rPr>
          <w:b/>
          <w:sz w:val="20"/>
          <w:lang w:val="es-CL"/>
        </w:rPr>
        <w:t xml:space="preserve"> (Extensión máxima: 250 palabras).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54"/>
      </w:tblGrid>
      <w:tr w:rsidR="009415DB" w:rsidRPr="009B30C6" w14:paraId="0867B618" w14:textId="77777777" w:rsidTr="009B30C6">
        <w:trPr>
          <w:jc w:val="center"/>
        </w:trPr>
        <w:tc>
          <w:tcPr>
            <w:tcW w:w="9354" w:type="dxa"/>
          </w:tcPr>
          <w:p w14:paraId="6F0E0877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lang w:val="es-CL"/>
              </w:rPr>
              <w:t xml:space="preserve"> </w:t>
            </w:r>
            <w:r w:rsidRPr="009B30C6">
              <w:rPr>
                <w:lang w:val="es-CL"/>
              </w:rPr>
              <w:br/>
              <w:t xml:space="preserve"> </w:t>
            </w:r>
            <w:r w:rsidRPr="009B30C6">
              <w:rPr>
                <w:lang w:val="es-CL"/>
              </w:rPr>
              <w:br/>
              <w:t xml:space="preserve"> </w:t>
            </w:r>
            <w:r w:rsidRPr="009B30C6">
              <w:rPr>
                <w:lang w:val="es-CL"/>
              </w:rPr>
              <w:br/>
              <w:t xml:space="preserve"> </w:t>
            </w:r>
            <w:r w:rsidRPr="009B30C6">
              <w:rPr>
                <w:lang w:val="es-CL"/>
              </w:rPr>
              <w:br/>
              <w:t xml:space="preserve"> </w:t>
            </w:r>
            <w:r w:rsidRPr="009B30C6">
              <w:rPr>
                <w:lang w:val="es-CL"/>
              </w:rPr>
              <w:br/>
              <w:t xml:space="preserve"> </w:t>
            </w:r>
            <w:r w:rsidRPr="009B30C6">
              <w:rPr>
                <w:lang w:val="es-CL"/>
              </w:rPr>
              <w:br/>
              <w:t xml:space="preserve"> </w:t>
            </w:r>
          </w:p>
        </w:tc>
      </w:tr>
    </w:tbl>
    <w:p w14:paraId="0DC169C0" w14:textId="77777777" w:rsidR="009415DB" w:rsidRPr="009B30C6" w:rsidRDefault="00CA3B72">
      <w:pPr>
        <w:pStyle w:val="Ttulo2"/>
        <w:rPr>
          <w:lang w:val="es-CL"/>
        </w:rPr>
      </w:pPr>
      <w:r w:rsidRPr="009B30C6">
        <w:rPr>
          <w:lang w:val="es-CL"/>
        </w:rPr>
        <w:t>8. Estrategia de difusión y productos comprometidos</w:t>
      </w:r>
    </w:p>
    <w:p w14:paraId="5002929C" w14:textId="77777777" w:rsidR="009415DB" w:rsidRPr="009B30C6" w:rsidRDefault="00CA3B72">
      <w:pPr>
        <w:rPr>
          <w:lang w:val="es-CL"/>
        </w:rPr>
      </w:pPr>
      <w:r w:rsidRPr="009B30C6">
        <w:rPr>
          <w:i/>
          <w:sz w:val="20"/>
          <w:lang w:val="es-CL"/>
        </w:rPr>
        <w:t>Identifique el producto académico o de investigación comprometido, de acuerdo con las bases, y los productos de transferencia o aplicación adicionales, si corresponde. Señale las audiencias, canales e instancias de difusión previstas y sus plazos.</w:t>
      </w:r>
      <w:r w:rsidRPr="009B30C6">
        <w:rPr>
          <w:b/>
          <w:sz w:val="20"/>
          <w:lang w:val="es-CL"/>
        </w:rPr>
        <w:t xml:space="preserve"> (Extensión máxima: 250 palabras).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490"/>
        <w:gridCol w:w="2490"/>
        <w:gridCol w:w="2491"/>
        <w:gridCol w:w="2491"/>
      </w:tblGrid>
      <w:tr w:rsidR="009415DB" w:rsidRPr="009B30C6" w14:paraId="4B7C91B4" w14:textId="77777777">
        <w:trPr>
          <w:jc w:val="center"/>
        </w:trPr>
        <w:tc>
          <w:tcPr>
            <w:tcW w:w="2493" w:type="dxa"/>
            <w:shd w:val="clear" w:color="auto" w:fill="E7E6E6"/>
            <w:vAlign w:val="center"/>
          </w:tcPr>
          <w:p w14:paraId="0DBF5CCB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b/>
                <w:sz w:val="18"/>
                <w:lang w:val="es-CL"/>
              </w:rPr>
              <w:t>Producto / actividad</w:t>
            </w:r>
          </w:p>
        </w:tc>
        <w:tc>
          <w:tcPr>
            <w:tcW w:w="2493" w:type="dxa"/>
            <w:shd w:val="clear" w:color="auto" w:fill="E7E6E6"/>
            <w:vAlign w:val="center"/>
          </w:tcPr>
          <w:p w14:paraId="01577D5D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b/>
                <w:sz w:val="18"/>
                <w:lang w:val="es-CL"/>
              </w:rPr>
              <w:t>Tipo</w:t>
            </w:r>
          </w:p>
        </w:tc>
        <w:tc>
          <w:tcPr>
            <w:tcW w:w="2493" w:type="dxa"/>
            <w:shd w:val="clear" w:color="auto" w:fill="E7E6E6"/>
            <w:vAlign w:val="center"/>
          </w:tcPr>
          <w:p w14:paraId="1471134F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b/>
                <w:sz w:val="18"/>
                <w:lang w:val="es-CL"/>
              </w:rPr>
              <w:t>Audiencia / canal</w:t>
            </w:r>
          </w:p>
        </w:tc>
        <w:tc>
          <w:tcPr>
            <w:tcW w:w="2493" w:type="dxa"/>
            <w:shd w:val="clear" w:color="auto" w:fill="E7E6E6"/>
            <w:vAlign w:val="center"/>
          </w:tcPr>
          <w:p w14:paraId="50FE6BDB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b/>
                <w:sz w:val="18"/>
                <w:lang w:val="es-CL"/>
              </w:rPr>
              <w:t>Plazo estimado</w:t>
            </w:r>
          </w:p>
        </w:tc>
      </w:tr>
      <w:tr w:rsidR="009415DB" w:rsidRPr="009B30C6" w14:paraId="42E1E47F" w14:textId="77777777">
        <w:trPr>
          <w:jc w:val="center"/>
        </w:trPr>
        <w:tc>
          <w:tcPr>
            <w:tcW w:w="2493" w:type="dxa"/>
            <w:vAlign w:val="center"/>
          </w:tcPr>
          <w:p w14:paraId="04EE8029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8"/>
                <w:lang w:val="es-CL"/>
              </w:rPr>
              <w:t xml:space="preserve"> </w:t>
            </w:r>
          </w:p>
        </w:tc>
        <w:tc>
          <w:tcPr>
            <w:tcW w:w="2493" w:type="dxa"/>
            <w:vAlign w:val="center"/>
          </w:tcPr>
          <w:p w14:paraId="4CB7493C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8"/>
                <w:lang w:val="es-CL"/>
              </w:rPr>
              <w:t xml:space="preserve"> </w:t>
            </w:r>
          </w:p>
        </w:tc>
        <w:tc>
          <w:tcPr>
            <w:tcW w:w="2493" w:type="dxa"/>
            <w:vAlign w:val="center"/>
          </w:tcPr>
          <w:p w14:paraId="2E81604F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8"/>
                <w:lang w:val="es-CL"/>
              </w:rPr>
              <w:t xml:space="preserve"> </w:t>
            </w:r>
          </w:p>
        </w:tc>
        <w:tc>
          <w:tcPr>
            <w:tcW w:w="2493" w:type="dxa"/>
            <w:vAlign w:val="center"/>
          </w:tcPr>
          <w:p w14:paraId="3458848D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8"/>
                <w:lang w:val="es-CL"/>
              </w:rPr>
              <w:t xml:space="preserve"> </w:t>
            </w:r>
          </w:p>
        </w:tc>
      </w:tr>
      <w:tr w:rsidR="009415DB" w:rsidRPr="009B30C6" w14:paraId="60A32D02" w14:textId="77777777">
        <w:trPr>
          <w:jc w:val="center"/>
        </w:trPr>
        <w:tc>
          <w:tcPr>
            <w:tcW w:w="2493" w:type="dxa"/>
            <w:vAlign w:val="center"/>
          </w:tcPr>
          <w:p w14:paraId="6F07BCB7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8"/>
                <w:lang w:val="es-CL"/>
              </w:rPr>
              <w:t xml:space="preserve"> </w:t>
            </w:r>
          </w:p>
        </w:tc>
        <w:tc>
          <w:tcPr>
            <w:tcW w:w="2493" w:type="dxa"/>
            <w:vAlign w:val="center"/>
          </w:tcPr>
          <w:p w14:paraId="16DFBDDB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8"/>
                <w:lang w:val="es-CL"/>
              </w:rPr>
              <w:t xml:space="preserve"> </w:t>
            </w:r>
          </w:p>
        </w:tc>
        <w:tc>
          <w:tcPr>
            <w:tcW w:w="2493" w:type="dxa"/>
            <w:vAlign w:val="center"/>
          </w:tcPr>
          <w:p w14:paraId="20833A53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8"/>
                <w:lang w:val="es-CL"/>
              </w:rPr>
              <w:t xml:space="preserve"> </w:t>
            </w:r>
          </w:p>
        </w:tc>
        <w:tc>
          <w:tcPr>
            <w:tcW w:w="2493" w:type="dxa"/>
            <w:vAlign w:val="center"/>
          </w:tcPr>
          <w:p w14:paraId="65614BBB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8"/>
                <w:lang w:val="es-CL"/>
              </w:rPr>
              <w:t xml:space="preserve"> </w:t>
            </w:r>
          </w:p>
        </w:tc>
      </w:tr>
      <w:tr w:rsidR="009415DB" w:rsidRPr="009B30C6" w14:paraId="79B8EC6C" w14:textId="77777777">
        <w:trPr>
          <w:jc w:val="center"/>
        </w:trPr>
        <w:tc>
          <w:tcPr>
            <w:tcW w:w="2493" w:type="dxa"/>
            <w:vAlign w:val="center"/>
          </w:tcPr>
          <w:p w14:paraId="6F028B07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8"/>
                <w:lang w:val="es-CL"/>
              </w:rPr>
              <w:t xml:space="preserve"> </w:t>
            </w:r>
          </w:p>
        </w:tc>
        <w:tc>
          <w:tcPr>
            <w:tcW w:w="2493" w:type="dxa"/>
            <w:vAlign w:val="center"/>
          </w:tcPr>
          <w:p w14:paraId="4F9C7B8F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8"/>
                <w:lang w:val="es-CL"/>
              </w:rPr>
              <w:t xml:space="preserve"> </w:t>
            </w:r>
          </w:p>
        </w:tc>
        <w:tc>
          <w:tcPr>
            <w:tcW w:w="2493" w:type="dxa"/>
            <w:vAlign w:val="center"/>
          </w:tcPr>
          <w:p w14:paraId="413D0C11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8"/>
                <w:lang w:val="es-CL"/>
              </w:rPr>
              <w:t xml:space="preserve"> </w:t>
            </w:r>
          </w:p>
        </w:tc>
        <w:tc>
          <w:tcPr>
            <w:tcW w:w="2493" w:type="dxa"/>
            <w:vAlign w:val="center"/>
          </w:tcPr>
          <w:p w14:paraId="5E04D053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8"/>
                <w:lang w:val="es-CL"/>
              </w:rPr>
              <w:t xml:space="preserve"> </w:t>
            </w:r>
          </w:p>
        </w:tc>
      </w:tr>
      <w:tr w:rsidR="009415DB" w:rsidRPr="009B30C6" w14:paraId="088257E2" w14:textId="77777777">
        <w:trPr>
          <w:jc w:val="center"/>
        </w:trPr>
        <w:tc>
          <w:tcPr>
            <w:tcW w:w="2493" w:type="dxa"/>
            <w:vAlign w:val="center"/>
          </w:tcPr>
          <w:p w14:paraId="4652D722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8"/>
                <w:lang w:val="es-CL"/>
              </w:rPr>
              <w:t xml:space="preserve"> </w:t>
            </w:r>
          </w:p>
        </w:tc>
        <w:tc>
          <w:tcPr>
            <w:tcW w:w="2493" w:type="dxa"/>
            <w:vAlign w:val="center"/>
          </w:tcPr>
          <w:p w14:paraId="7313FC67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8"/>
                <w:lang w:val="es-CL"/>
              </w:rPr>
              <w:t xml:space="preserve"> </w:t>
            </w:r>
          </w:p>
        </w:tc>
        <w:tc>
          <w:tcPr>
            <w:tcW w:w="2493" w:type="dxa"/>
            <w:vAlign w:val="center"/>
          </w:tcPr>
          <w:p w14:paraId="60C6FF71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8"/>
                <w:lang w:val="es-CL"/>
              </w:rPr>
              <w:t xml:space="preserve"> </w:t>
            </w:r>
          </w:p>
        </w:tc>
        <w:tc>
          <w:tcPr>
            <w:tcW w:w="2493" w:type="dxa"/>
            <w:vAlign w:val="center"/>
          </w:tcPr>
          <w:p w14:paraId="4D426DFD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8"/>
                <w:lang w:val="es-CL"/>
              </w:rPr>
              <w:t xml:space="preserve"> </w:t>
            </w:r>
          </w:p>
        </w:tc>
      </w:tr>
    </w:tbl>
    <w:p w14:paraId="0B722BD5" w14:textId="77777777" w:rsidR="009415DB" w:rsidRPr="009B30C6" w:rsidRDefault="00CA3B72">
      <w:pPr>
        <w:pStyle w:val="Ttulo2"/>
        <w:rPr>
          <w:lang w:val="es-CL"/>
        </w:rPr>
      </w:pPr>
      <w:r w:rsidRPr="009B30C6">
        <w:rPr>
          <w:lang w:val="es-CL"/>
        </w:rPr>
        <w:t>9. Presupuesto</w:t>
      </w:r>
    </w:p>
    <w:p w14:paraId="36083CBB" w14:textId="77777777" w:rsidR="009415DB" w:rsidRPr="009B30C6" w:rsidRDefault="00CA3B72">
      <w:pPr>
        <w:rPr>
          <w:lang w:val="es-CL"/>
        </w:rPr>
      </w:pPr>
      <w:r w:rsidRPr="009B30C6">
        <w:rPr>
          <w:i/>
          <w:sz w:val="20"/>
          <w:lang w:val="es-CL"/>
        </w:rPr>
        <w:t>Presente el presupuesto desglosado por ítem y justifique cada gasto. El presupuesto deberá ser consistente con el plan de trabajo, los productos comprometidos y los gastos autorizados en las bases.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491"/>
        <w:gridCol w:w="2491"/>
        <w:gridCol w:w="2490"/>
        <w:gridCol w:w="2490"/>
      </w:tblGrid>
      <w:tr w:rsidR="009415DB" w:rsidRPr="009B30C6" w14:paraId="34D2F4F0" w14:textId="77777777">
        <w:trPr>
          <w:jc w:val="center"/>
        </w:trPr>
        <w:tc>
          <w:tcPr>
            <w:tcW w:w="2493" w:type="dxa"/>
            <w:shd w:val="clear" w:color="auto" w:fill="E7E6E6"/>
            <w:vAlign w:val="center"/>
          </w:tcPr>
          <w:p w14:paraId="750EAE2B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b/>
                <w:sz w:val="18"/>
                <w:lang w:val="es-CL"/>
              </w:rPr>
              <w:t>Ítem / categoría</w:t>
            </w:r>
          </w:p>
        </w:tc>
        <w:tc>
          <w:tcPr>
            <w:tcW w:w="2493" w:type="dxa"/>
            <w:shd w:val="clear" w:color="auto" w:fill="E7E6E6"/>
            <w:vAlign w:val="center"/>
          </w:tcPr>
          <w:p w14:paraId="4F3C9876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b/>
                <w:sz w:val="18"/>
                <w:lang w:val="es-CL"/>
              </w:rPr>
              <w:t>Descripción y justificación</w:t>
            </w:r>
          </w:p>
        </w:tc>
        <w:tc>
          <w:tcPr>
            <w:tcW w:w="2493" w:type="dxa"/>
            <w:shd w:val="clear" w:color="auto" w:fill="E7E6E6"/>
            <w:vAlign w:val="center"/>
          </w:tcPr>
          <w:p w14:paraId="62B1D5FC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b/>
                <w:sz w:val="18"/>
                <w:lang w:val="es-CL"/>
              </w:rPr>
              <w:t>Monto solicitado ($)</w:t>
            </w:r>
          </w:p>
        </w:tc>
        <w:tc>
          <w:tcPr>
            <w:tcW w:w="2493" w:type="dxa"/>
            <w:shd w:val="clear" w:color="auto" w:fill="E7E6E6"/>
            <w:vAlign w:val="center"/>
          </w:tcPr>
          <w:p w14:paraId="5B6B0CB2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b/>
                <w:sz w:val="18"/>
                <w:lang w:val="es-CL"/>
              </w:rPr>
              <w:t>Actividad asociada</w:t>
            </w:r>
          </w:p>
        </w:tc>
      </w:tr>
      <w:tr w:rsidR="009415DB" w:rsidRPr="009B30C6" w14:paraId="69E66D27" w14:textId="77777777">
        <w:trPr>
          <w:jc w:val="center"/>
        </w:trPr>
        <w:tc>
          <w:tcPr>
            <w:tcW w:w="2493" w:type="dxa"/>
            <w:vAlign w:val="center"/>
          </w:tcPr>
          <w:p w14:paraId="1C0B60B9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8"/>
                <w:lang w:val="es-CL"/>
              </w:rPr>
              <w:t xml:space="preserve"> </w:t>
            </w:r>
          </w:p>
        </w:tc>
        <w:tc>
          <w:tcPr>
            <w:tcW w:w="2493" w:type="dxa"/>
            <w:vAlign w:val="center"/>
          </w:tcPr>
          <w:p w14:paraId="7B8A6242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8"/>
                <w:lang w:val="es-CL"/>
              </w:rPr>
              <w:t xml:space="preserve"> </w:t>
            </w:r>
          </w:p>
        </w:tc>
        <w:tc>
          <w:tcPr>
            <w:tcW w:w="2493" w:type="dxa"/>
            <w:vAlign w:val="center"/>
          </w:tcPr>
          <w:p w14:paraId="06E88201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8"/>
                <w:lang w:val="es-CL"/>
              </w:rPr>
              <w:t xml:space="preserve"> </w:t>
            </w:r>
          </w:p>
        </w:tc>
        <w:tc>
          <w:tcPr>
            <w:tcW w:w="2493" w:type="dxa"/>
            <w:vAlign w:val="center"/>
          </w:tcPr>
          <w:p w14:paraId="20D015F0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8"/>
                <w:lang w:val="es-CL"/>
              </w:rPr>
              <w:t xml:space="preserve"> </w:t>
            </w:r>
          </w:p>
        </w:tc>
      </w:tr>
      <w:tr w:rsidR="009415DB" w:rsidRPr="009B30C6" w14:paraId="093BAC92" w14:textId="77777777">
        <w:trPr>
          <w:jc w:val="center"/>
        </w:trPr>
        <w:tc>
          <w:tcPr>
            <w:tcW w:w="2493" w:type="dxa"/>
            <w:vAlign w:val="center"/>
          </w:tcPr>
          <w:p w14:paraId="47F6709F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8"/>
                <w:lang w:val="es-CL"/>
              </w:rPr>
              <w:t xml:space="preserve"> </w:t>
            </w:r>
          </w:p>
        </w:tc>
        <w:tc>
          <w:tcPr>
            <w:tcW w:w="2493" w:type="dxa"/>
            <w:vAlign w:val="center"/>
          </w:tcPr>
          <w:p w14:paraId="544B5C7A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8"/>
                <w:lang w:val="es-CL"/>
              </w:rPr>
              <w:t xml:space="preserve"> </w:t>
            </w:r>
          </w:p>
        </w:tc>
        <w:tc>
          <w:tcPr>
            <w:tcW w:w="2493" w:type="dxa"/>
            <w:vAlign w:val="center"/>
          </w:tcPr>
          <w:p w14:paraId="6A27908E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8"/>
                <w:lang w:val="es-CL"/>
              </w:rPr>
              <w:t xml:space="preserve"> </w:t>
            </w:r>
          </w:p>
        </w:tc>
        <w:tc>
          <w:tcPr>
            <w:tcW w:w="2493" w:type="dxa"/>
            <w:vAlign w:val="center"/>
          </w:tcPr>
          <w:p w14:paraId="0AE1886E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8"/>
                <w:lang w:val="es-CL"/>
              </w:rPr>
              <w:t xml:space="preserve"> </w:t>
            </w:r>
          </w:p>
        </w:tc>
      </w:tr>
      <w:tr w:rsidR="009415DB" w:rsidRPr="009B30C6" w14:paraId="4B831B4F" w14:textId="77777777">
        <w:trPr>
          <w:jc w:val="center"/>
        </w:trPr>
        <w:tc>
          <w:tcPr>
            <w:tcW w:w="2493" w:type="dxa"/>
            <w:vAlign w:val="center"/>
          </w:tcPr>
          <w:p w14:paraId="515810E4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8"/>
                <w:lang w:val="es-CL"/>
              </w:rPr>
              <w:t xml:space="preserve"> </w:t>
            </w:r>
          </w:p>
        </w:tc>
        <w:tc>
          <w:tcPr>
            <w:tcW w:w="2493" w:type="dxa"/>
            <w:vAlign w:val="center"/>
          </w:tcPr>
          <w:p w14:paraId="3A8CC8FB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8"/>
                <w:lang w:val="es-CL"/>
              </w:rPr>
              <w:t xml:space="preserve"> </w:t>
            </w:r>
          </w:p>
        </w:tc>
        <w:tc>
          <w:tcPr>
            <w:tcW w:w="2493" w:type="dxa"/>
            <w:vAlign w:val="center"/>
          </w:tcPr>
          <w:p w14:paraId="460709F8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8"/>
                <w:lang w:val="es-CL"/>
              </w:rPr>
              <w:t xml:space="preserve"> </w:t>
            </w:r>
          </w:p>
        </w:tc>
        <w:tc>
          <w:tcPr>
            <w:tcW w:w="2493" w:type="dxa"/>
            <w:vAlign w:val="center"/>
          </w:tcPr>
          <w:p w14:paraId="17163F32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8"/>
                <w:lang w:val="es-CL"/>
              </w:rPr>
              <w:t xml:space="preserve"> </w:t>
            </w:r>
          </w:p>
        </w:tc>
      </w:tr>
      <w:tr w:rsidR="009415DB" w:rsidRPr="009B30C6" w14:paraId="3C70974A" w14:textId="77777777">
        <w:trPr>
          <w:jc w:val="center"/>
        </w:trPr>
        <w:tc>
          <w:tcPr>
            <w:tcW w:w="2493" w:type="dxa"/>
            <w:vAlign w:val="center"/>
          </w:tcPr>
          <w:p w14:paraId="7FBB7DBD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8"/>
                <w:lang w:val="es-CL"/>
              </w:rPr>
              <w:t xml:space="preserve"> </w:t>
            </w:r>
          </w:p>
        </w:tc>
        <w:tc>
          <w:tcPr>
            <w:tcW w:w="2493" w:type="dxa"/>
            <w:vAlign w:val="center"/>
          </w:tcPr>
          <w:p w14:paraId="56D3A5E8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8"/>
                <w:lang w:val="es-CL"/>
              </w:rPr>
              <w:t xml:space="preserve"> </w:t>
            </w:r>
          </w:p>
        </w:tc>
        <w:tc>
          <w:tcPr>
            <w:tcW w:w="2493" w:type="dxa"/>
            <w:vAlign w:val="center"/>
          </w:tcPr>
          <w:p w14:paraId="1090A501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8"/>
                <w:lang w:val="es-CL"/>
              </w:rPr>
              <w:t xml:space="preserve"> </w:t>
            </w:r>
          </w:p>
        </w:tc>
        <w:tc>
          <w:tcPr>
            <w:tcW w:w="2493" w:type="dxa"/>
            <w:vAlign w:val="center"/>
          </w:tcPr>
          <w:p w14:paraId="1816C42C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8"/>
                <w:lang w:val="es-CL"/>
              </w:rPr>
              <w:t xml:space="preserve"> </w:t>
            </w:r>
          </w:p>
        </w:tc>
      </w:tr>
      <w:tr w:rsidR="009415DB" w:rsidRPr="009B30C6" w14:paraId="7657B97E" w14:textId="77777777">
        <w:trPr>
          <w:jc w:val="center"/>
        </w:trPr>
        <w:tc>
          <w:tcPr>
            <w:tcW w:w="2493" w:type="dxa"/>
            <w:vAlign w:val="center"/>
          </w:tcPr>
          <w:p w14:paraId="4668BA6A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8"/>
                <w:lang w:val="es-CL"/>
              </w:rPr>
              <w:t xml:space="preserve"> </w:t>
            </w:r>
          </w:p>
        </w:tc>
        <w:tc>
          <w:tcPr>
            <w:tcW w:w="2493" w:type="dxa"/>
            <w:vAlign w:val="center"/>
          </w:tcPr>
          <w:p w14:paraId="3AC447C1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8"/>
                <w:lang w:val="es-CL"/>
              </w:rPr>
              <w:t xml:space="preserve"> </w:t>
            </w:r>
          </w:p>
        </w:tc>
        <w:tc>
          <w:tcPr>
            <w:tcW w:w="2493" w:type="dxa"/>
            <w:vAlign w:val="center"/>
          </w:tcPr>
          <w:p w14:paraId="17018963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8"/>
                <w:lang w:val="es-CL"/>
              </w:rPr>
              <w:t xml:space="preserve"> </w:t>
            </w:r>
          </w:p>
        </w:tc>
        <w:tc>
          <w:tcPr>
            <w:tcW w:w="2493" w:type="dxa"/>
            <w:vAlign w:val="center"/>
          </w:tcPr>
          <w:p w14:paraId="31005F60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8"/>
                <w:lang w:val="es-CL"/>
              </w:rPr>
              <w:t xml:space="preserve"> </w:t>
            </w:r>
          </w:p>
        </w:tc>
      </w:tr>
      <w:tr w:rsidR="009415DB" w:rsidRPr="009B30C6" w14:paraId="2CE97464" w14:textId="77777777">
        <w:trPr>
          <w:jc w:val="center"/>
        </w:trPr>
        <w:tc>
          <w:tcPr>
            <w:tcW w:w="2493" w:type="dxa"/>
            <w:shd w:val="clear" w:color="auto" w:fill="E7E6E6"/>
            <w:vAlign w:val="center"/>
          </w:tcPr>
          <w:p w14:paraId="1E740BE4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b/>
                <w:sz w:val="18"/>
                <w:lang w:val="es-CL"/>
              </w:rPr>
              <w:t>TOTAL</w:t>
            </w:r>
          </w:p>
        </w:tc>
        <w:tc>
          <w:tcPr>
            <w:tcW w:w="2493" w:type="dxa"/>
            <w:vAlign w:val="center"/>
          </w:tcPr>
          <w:p w14:paraId="64F8D9B5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8"/>
                <w:lang w:val="es-CL"/>
              </w:rPr>
              <w:t xml:space="preserve"> </w:t>
            </w:r>
          </w:p>
        </w:tc>
        <w:tc>
          <w:tcPr>
            <w:tcW w:w="2493" w:type="dxa"/>
            <w:vAlign w:val="center"/>
          </w:tcPr>
          <w:p w14:paraId="39C4D137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8"/>
                <w:lang w:val="es-CL"/>
              </w:rPr>
              <w:t xml:space="preserve"> </w:t>
            </w:r>
          </w:p>
        </w:tc>
        <w:tc>
          <w:tcPr>
            <w:tcW w:w="2493" w:type="dxa"/>
            <w:vAlign w:val="center"/>
          </w:tcPr>
          <w:p w14:paraId="4E9B0A5D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8"/>
                <w:lang w:val="es-CL"/>
              </w:rPr>
              <w:t xml:space="preserve"> </w:t>
            </w:r>
          </w:p>
        </w:tc>
      </w:tr>
    </w:tbl>
    <w:p w14:paraId="1322FBAB" w14:textId="77777777" w:rsidR="009415DB" w:rsidRPr="009B30C6" w:rsidRDefault="00CA3B72">
      <w:pPr>
        <w:pStyle w:val="Ttulo2"/>
        <w:rPr>
          <w:lang w:val="es-CL"/>
        </w:rPr>
      </w:pPr>
      <w:r w:rsidRPr="009B30C6">
        <w:rPr>
          <w:lang w:val="es-CL"/>
        </w:rPr>
        <w:t>10. Consideraciones éticas y tratamiento de datos</w:t>
      </w:r>
    </w:p>
    <w:p w14:paraId="401D92B5" w14:textId="77777777" w:rsidR="009415DB" w:rsidRPr="009B30C6" w:rsidRDefault="00CA3B72">
      <w:pPr>
        <w:rPr>
          <w:lang w:val="es-CL"/>
        </w:rPr>
      </w:pPr>
      <w:r w:rsidRPr="009B30C6">
        <w:rPr>
          <w:i/>
          <w:sz w:val="20"/>
          <w:lang w:val="es-CL"/>
        </w:rPr>
        <w:t>Identifique los riesgos éticos del estudio y describa los resguardos previstos para consentimiento informado, voluntariedad, confidencialidad, relaciones de dependencia o asimetría docente-estudiante, anonimización o seudonimización, custodia y conservación de datos. Indique si el proyecto requerirá evaluación del Comité Ético Científico y declare, cuando corresponda, el uso de herramientas de inteligencia artificial generativa.</w:t>
      </w:r>
      <w:r w:rsidRPr="009B30C6">
        <w:rPr>
          <w:b/>
          <w:sz w:val="20"/>
          <w:lang w:val="es-CL"/>
        </w:rPr>
        <w:t xml:space="preserve"> (Extensión máxima: 400 palabras).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54"/>
      </w:tblGrid>
      <w:tr w:rsidR="009415DB" w:rsidRPr="009B30C6" w14:paraId="00B4FA80" w14:textId="77777777" w:rsidTr="009B30C6">
        <w:trPr>
          <w:jc w:val="center"/>
        </w:trPr>
        <w:tc>
          <w:tcPr>
            <w:tcW w:w="9354" w:type="dxa"/>
          </w:tcPr>
          <w:p w14:paraId="4991FD73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lang w:val="es-CL"/>
              </w:rPr>
              <w:t xml:space="preserve"> </w:t>
            </w:r>
            <w:r w:rsidRPr="009B30C6">
              <w:rPr>
                <w:lang w:val="es-CL"/>
              </w:rPr>
              <w:br/>
              <w:t xml:space="preserve"> </w:t>
            </w:r>
            <w:r w:rsidRPr="009B30C6">
              <w:rPr>
                <w:lang w:val="es-CL"/>
              </w:rPr>
              <w:br/>
              <w:t xml:space="preserve"> </w:t>
            </w:r>
            <w:r w:rsidRPr="009B30C6">
              <w:rPr>
                <w:lang w:val="es-CL"/>
              </w:rPr>
              <w:br/>
              <w:t xml:space="preserve"> </w:t>
            </w:r>
            <w:r w:rsidRPr="009B30C6">
              <w:rPr>
                <w:lang w:val="es-CL"/>
              </w:rPr>
              <w:br/>
              <w:t xml:space="preserve"> </w:t>
            </w:r>
            <w:r w:rsidRPr="009B30C6">
              <w:rPr>
                <w:lang w:val="es-CL"/>
              </w:rPr>
              <w:br/>
              <w:t xml:space="preserve"> </w:t>
            </w:r>
            <w:r w:rsidRPr="009B30C6">
              <w:rPr>
                <w:lang w:val="es-CL"/>
              </w:rPr>
              <w:br/>
              <w:t xml:space="preserve"> </w:t>
            </w:r>
            <w:r w:rsidRPr="009B30C6">
              <w:rPr>
                <w:lang w:val="es-CL"/>
              </w:rPr>
              <w:br/>
              <w:t xml:space="preserve"> </w:t>
            </w:r>
            <w:r w:rsidRPr="009B30C6">
              <w:rPr>
                <w:lang w:val="es-CL"/>
              </w:rPr>
              <w:br/>
              <w:t xml:space="preserve"> </w:t>
            </w:r>
            <w:r w:rsidRPr="009B30C6">
              <w:rPr>
                <w:lang w:val="es-CL"/>
              </w:rPr>
              <w:br/>
              <w:t xml:space="preserve"> </w:t>
            </w:r>
          </w:p>
        </w:tc>
      </w:tr>
    </w:tbl>
    <w:p w14:paraId="39FAAC2F" w14:textId="77777777" w:rsidR="009415DB" w:rsidRPr="009B30C6" w:rsidRDefault="00CA3B72">
      <w:pPr>
        <w:pStyle w:val="Ttulo2"/>
        <w:rPr>
          <w:lang w:val="es-CL"/>
        </w:rPr>
      </w:pPr>
      <w:r w:rsidRPr="009B30C6">
        <w:rPr>
          <w:lang w:val="es-CL"/>
        </w:rPr>
        <w:lastRenderedPageBreak/>
        <w:t>11. Carta de respaldo de la Unidad Académica</w:t>
      </w:r>
    </w:p>
    <w:p w14:paraId="60AC5CF1" w14:textId="77777777" w:rsidR="009415DB" w:rsidRPr="009B30C6" w:rsidRDefault="00CA3B72">
      <w:pPr>
        <w:rPr>
          <w:lang w:val="es-CL"/>
        </w:rPr>
      </w:pPr>
      <w:r w:rsidRPr="009B30C6">
        <w:rPr>
          <w:i/>
          <w:sz w:val="20"/>
          <w:lang w:val="es-CL"/>
        </w:rPr>
        <w:t>Adjunte la carta de respaldo de la Unidad Académica, firmada por la autoridad correspondiente, que declare conocimiento de la propuesta y respaldo a su ejecución. No se contabiliza dentro de la extensión del formulario.</w:t>
      </w:r>
    </w:p>
    <w:p w14:paraId="4F7674FF" w14:textId="77777777" w:rsidR="009415DB" w:rsidRPr="009B30C6" w:rsidRDefault="00CA3B72">
      <w:pPr>
        <w:pStyle w:val="Ttulo1"/>
        <w:rPr>
          <w:lang w:val="es-CL"/>
        </w:rPr>
      </w:pPr>
      <w:r w:rsidRPr="009B30C6">
        <w:rPr>
          <w:lang w:val="es-CL"/>
        </w:rPr>
        <w:t>E. DECLARACIONES Y DOCUMENTOS ADJUNTOS</w:t>
      </w:r>
    </w:p>
    <w:p w14:paraId="0E73469D" w14:textId="77777777" w:rsidR="009415DB" w:rsidRPr="009B30C6" w:rsidRDefault="00CA3B72">
      <w:pPr>
        <w:rPr>
          <w:lang w:val="es-CL"/>
        </w:rPr>
      </w:pPr>
      <w:r w:rsidRPr="009B30C6">
        <w:rPr>
          <w:b/>
          <w:lang w:val="es-CL"/>
        </w:rPr>
        <w:t xml:space="preserve">☐ </w:t>
      </w:r>
      <w:r w:rsidRPr="009B30C6">
        <w:rPr>
          <w:lang w:val="es-CL"/>
        </w:rPr>
        <w:t>Declaro que la información contenida en esta postulación es veraz y completa.</w:t>
      </w:r>
    </w:p>
    <w:p w14:paraId="77689EB1" w14:textId="77777777" w:rsidR="009415DB" w:rsidRPr="009B30C6" w:rsidRDefault="00CA3B72">
      <w:pPr>
        <w:rPr>
          <w:lang w:val="es-CL"/>
        </w:rPr>
      </w:pPr>
      <w:r w:rsidRPr="009B30C6">
        <w:rPr>
          <w:b/>
          <w:lang w:val="es-CL"/>
        </w:rPr>
        <w:t xml:space="preserve">☐ </w:t>
      </w:r>
      <w:r w:rsidRPr="009B30C6">
        <w:rPr>
          <w:lang w:val="es-CL"/>
        </w:rPr>
        <w:t>Declaro conocer y aceptar las Bases Concursables CIIMTA_Research.</w:t>
      </w:r>
    </w:p>
    <w:p w14:paraId="039CEC35" w14:textId="77777777" w:rsidR="009415DB" w:rsidRPr="009B30C6" w:rsidRDefault="00CA3B72">
      <w:pPr>
        <w:rPr>
          <w:lang w:val="es-CL"/>
        </w:rPr>
      </w:pPr>
      <w:r w:rsidRPr="009B30C6">
        <w:rPr>
          <w:b/>
          <w:lang w:val="es-CL"/>
        </w:rPr>
        <w:t xml:space="preserve">☐ </w:t>
      </w:r>
      <w:r w:rsidRPr="009B30C6">
        <w:rPr>
          <w:lang w:val="es-CL"/>
        </w:rPr>
        <w:t>Declaro los potenciales conflictos de interés del equipo, cuando corresponda.</w:t>
      </w:r>
    </w:p>
    <w:p w14:paraId="361E6321" w14:textId="77777777" w:rsidR="009415DB" w:rsidRPr="009B30C6" w:rsidRDefault="00CA3B72">
      <w:pPr>
        <w:rPr>
          <w:lang w:val="es-CL"/>
        </w:rPr>
      </w:pPr>
      <w:r w:rsidRPr="009B30C6">
        <w:rPr>
          <w:b/>
          <w:lang w:val="es-CL"/>
        </w:rPr>
        <w:t xml:space="preserve">☐ </w:t>
      </w:r>
      <w:r w:rsidRPr="009B30C6">
        <w:rPr>
          <w:lang w:val="es-CL"/>
        </w:rPr>
        <w:t>Adjunto carta de respaldo de la Unidad Académica.</w:t>
      </w:r>
    </w:p>
    <w:p w14:paraId="46CDB378" w14:textId="77777777" w:rsidR="009415DB" w:rsidRPr="009B30C6" w:rsidRDefault="00CA3B72">
      <w:pPr>
        <w:rPr>
          <w:lang w:val="es-CL"/>
        </w:rPr>
      </w:pPr>
      <w:r w:rsidRPr="009B30C6">
        <w:rPr>
          <w:b/>
          <w:lang w:val="es-CL"/>
        </w:rPr>
        <w:t xml:space="preserve">☐ </w:t>
      </w:r>
      <w:r w:rsidRPr="009B30C6">
        <w:rPr>
          <w:lang w:val="es-CL"/>
        </w:rPr>
        <w:t>Adjunto presupuesto en el formato solicitado, si corresponde como documento complementario.</w:t>
      </w:r>
    </w:p>
    <w:p w14:paraId="5C6ACB33" w14:textId="77777777" w:rsidR="009415DB" w:rsidRPr="009B30C6" w:rsidRDefault="009415DB">
      <w:pPr>
        <w:rPr>
          <w:lang w:val="es-C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981"/>
        <w:gridCol w:w="4981"/>
      </w:tblGrid>
      <w:tr w:rsidR="009415DB" w:rsidRPr="009B30C6" w14:paraId="0D673323" w14:textId="77777777" w:rsidTr="00C00CBC">
        <w:tc>
          <w:tcPr>
            <w:tcW w:w="4981" w:type="dxa"/>
            <w:shd w:val="clear" w:color="auto" w:fill="E7E6E6"/>
            <w:vAlign w:val="center"/>
          </w:tcPr>
          <w:p w14:paraId="08023DBF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b/>
                <w:sz w:val="18"/>
                <w:lang w:val="es-CL"/>
              </w:rPr>
              <w:t>Firma Investigador Principal</w:t>
            </w:r>
          </w:p>
        </w:tc>
        <w:tc>
          <w:tcPr>
            <w:tcW w:w="4981" w:type="dxa"/>
            <w:shd w:val="clear" w:color="auto" w:fill="E7E6E6"/>
            <w:vAlign w:val="center"/>
          </w:tcPr>
          <w:p w14:paraId="5907702C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b/>
                <w:sz w:val="18"/>
                <w:lang w:val="es-CL"/>
              </w:rPr>
              <w:t>Fecha</w:t>
            </w:r>
          </w:p>
        </w:tc>
      </w:tr>
      <w:tr w:rsidR="009415DB" w:rsidRPr="009B30C6" w14:paraId="6A631B8F" w14:textId="77777777" w:rsidTr="00C00CBC">
        <w:tc>
          <w:tcPr>
            <w:tcW w:w="4981" w:type="dxa"/>
            <w:vAlign w:val="center"/>
          </w:tcPr>
          <w:p w14:paraId="4B216F73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8"/>
                <w:lang w:val="es-CL"/>
              </w:rPr>
              <w:br/>
            </w:r>
            <w:r w:rsidRPr="009B30C6">
              <w:rPr>
                <w:sz w:val="18"/>
                <w:lang w:val="es-CL"/>
              </w:rPr>
              <w:br/>
            </w:r>
          </w:p>
        </w:tc>
        <w:tc>
          <w:tcPr>
            <w:tcW w:w="4981" w:type="dxa"/>
            <w:vAlign w:val="center"/>
          </w:tcPr>
          <w:p w14:paraId="5CBD6F49" w14:textId="77777777" w:rsidR="009415DB" w:rsidRPr="009B30C6" w:rsidRDefault="00CA3B72">
            <w:pPr>
              <w:rPr>
                <w:lang w:val="es-CL"/>
              </w:rPr>
            </w:pPr>
            <w:r w:rsidRPr="009B30C6">
              <w:rPr>
                <w:sz w:val="18"/>
                <w:lang w:val="es-CL"/>
              </w:rPr>
              <w:br/>
            </w:r>
            <w:r w:rsidRPr="009B30C6">
              <w:rPr>
                <w:sz w:val="18"/>
                <w:lang w:val="es-CL"/>
              </w:rPr>
              <w:br/>
            </w:r>
          </w:p>
        </w:tc>
      </w:tr>
      <w:tr w:rsidR="00C00CBC" w:rsidRPr="009B30C6" w14:paraId="0E1F005D" w14:textId="77777777" w:rsidTr="00C00CBC">
        <w:tc>
          <w:tcPr>
            <w:tcW w:w="4981" w:type="dxa"/>
            <w:shd w:val="clear" w:color="auto" w:fill="D9D9D9" w:themeFill="background1" w:themeFillShade="D9"/>
            <w:vAlign w:val="center"/>
          </w:tcPr>
          <w:p w14:paraId="1B21BA4E" w14:textId="3D534ACC" w:rsidR="00C00CBC" w:rsidRPr="009B30C6" w:rsidRDefault="00C00CBC" w:rsidP="00C00CBC">
            <w:pPr>
              <w:rPr>
                <w:sz w:val="18"/>
                <w:lang w:val="es-CL"/>
              </w:rPr>
            </w:pPr>
            <w:r w:rsidRPr="009B30C6">
              <w:rPr>
                <w:b/>
                <w:sz w:val="18"/>
                <w:lang w:val="es-CL"/>
              </w:rPr>
              <w:t xml:space="preserve">Firma </w:t>
            </w:r>
            <w:r>
              <w:rPr>
                <w:b/>
                <w:sz w:val="18"/>
                <w:lang w:val="es-CL"/>
              </w:rPr>
              <w:t>coinvestigador</w:t>
            </w:r>
          </w:p>
        </w:tc>
        <w:tc>
          <w:tcPr>
            <w:tcW w:w="4981" w:type="dxa"/>
            <w:shd w:val="clear" w:color="auto" w:fill="D9D9D9" w:themeFill="background1" w:themeFillShade="D9"/>
            <w:vAlign w:val="center"/>
          </w:tcPr>
          <w:p w14:paraId="77F5071E" w14:textId="7FCAD0F7" w:rsidR="00C00CBC" w:rsidRPr="009B30C6" w:rsidRDefault="00C00CBC" w:rsidP="00C00CBC">
            <w:pPr>
              <w:rPr>
                <w:sz w:val="18"/>
                <w:lang w:val="es-CL"/>
              </w:rPr>
            </w:pPr>
            <w:r w:rsidRPr="009B30C6">
              <w:rPr>
                <w:b/>
                <w:sz w:val="18"/>
                <w:lang w:val="es-CL"/>
              </w:rPr>
              <w:t>Fecha</w:t>
            </w:r>
          </w:p>
        </w:tc>
      </w:tr>
      <w:tr w:rsidR="00C00CBC" w:rsidRPr="009B30C6" w14:paraId="6EC8AD72" w14:textId="77777777" w:rsidTr="00C00CBC">
        <w:tc>
          <w:tcPr>
            <w:tcW w:w="4981" w:type="dxa"/>
            <w:vAlign w:val="center"/>
          </w:tcPr>
          <w:p w14:paraId="22F1AFB7" w14:textId="77777777" w:rsidR="00C00CBC" w:rsidRDefault="00C00CBC" w:rsidP="00C00CBC">
            <w:pPr>
              <w:rPr>
                <w:sz w:val="18"/>
                <w:lang w:val="es-CL"/>
              </w:rPr>
            </w:pPr>
          </w:p>
          <w:p w14:paraId="601CE717" w14:textId="77777777" w:rsidR="00C00CBC" w:rsidRDefault="00C00CBC" w:rsidP="00C00CBC">
            <w:pPr>
              <w:rPr>
                <w:sz w:val="18"/>
                <w:lang w:val="es-CL"/>
              </w:rPr>
            </w:pPr>
          </w:p>
          <w:p w14:paraId="060AB6B9" w14:textId="77777777" w:rsidR="00C00CBC" w:rsidRDefault="00C00CBC" w:rsidP="00C00CBC">
            <w:pPr>
              <w:rPr>
                <w:sz w:val="18"/>
                <w:lang w:val="es-CL"/>
              </w:rPr>
            </w:pPr>
          </w:p>
          <w:p w14:paraId="19913802" w14:textId="77777777" w:rsidR="00C00CBC" w:rsidRPr="009B30C6" w:rsidRDefault="00C00CBC" w:rsidP="00C00CBC">
            <w:pPr>
              <w:rPr>
                <w:sz w:val="18"/>
                <w:lang w:val="es-CL"/>
              </w:rPr>
            </w:pPr>
          </w:p>
        </w:tc>
        <w:tc>
          <w:tcPr>
            <w:tcW w:w="4981" w:type="dxa"/>
            <w:vAlign w:val="center"/>
          </w:tcPr>
          <w:p w14:paraId="731E5C52" w14:textId="77777777" w:rsidR="00C00CBC" w:rsidRPr="009B30C6" w:rsidRDefault="00C00CBC" w:rsidP="00C00CBC">
            <w:pPr>
              <w:rPr>
                <w:sz w:val="18"/>
                <w:lang w:val="es-CL"/>
              </w:rPr>
            </w:pPr>
          </w:p>
        </w:tc>
      </w:tr>
    </w:tbl>
    <w:p w14:paraId="77252732" w14:textId="77777777" w:rsidR="00CA3B72" w:rsidRPr="009B30C6" w:rsidRDefault="00CA3B72">
      <w:pPr>
        <w:rPr>
          <w:lang w:val="es-CL"/>
        </w:rPr>
      </w:pPr>
    </w:p>
    <w:sectPr w:rsidR="00CA3B72" w:rsidRPr="009B30C6" w:rsidSect="00034616">
      <w:headerReference w:type="default" r:id="rId8"/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4EC733" w14:textId="77777777" w:rsidR="00632A36" w:rsidRDefault="00632A36">
      <w:pPr>
        <w:spacing w:after="0"/>
      </w:pPr>
      <w:r>
        <w:separator/>
      </w:r>
    </w:p>
  </w:endnote>
  <w:endnote w:type="continuationSeparator" w:id="0">
    <w:p w14:paraId="65A0CED1" w14:textId="77777777" w:rsidR="00632A36" w:rsidRDefault="00632A3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BBC82" w14:textId="77777777" w:rsidR="009415DB" w:rsidRDefault="00CA3B72">
    <w:pPr>
      <w:pStyle w:val="Piedepgina"/>
      <w:jc w:val="center"/>
    </w:pPr>
    <w:proofErr w:type="spellStart"/>
    <w:r>
      <w:rPr>
        <w:sz w:val="16"/>
      </w:rPr>
      <w:t>CIIMTA_Research</w:t>
    </w:r>
    <w:proofErr w:type="spellEnd"/>
    <w:r>
      <w:rPr>
        <w:sz w:val="16"/>
      </w:rPr>
      <w:t xml:space="preserve"> | </w:t>
    </w:r>
    <w:r w:rsidRPr="00900E7A">
      <w:rPr>
        <w:sz w:val="16"/>
        <w:lang w:val="es-CL"/>
      </w:rPr>
      <w:t>Formulario de Postulación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E3C0D0" w14:textId="77777777" w:rsidR="00632A36" w:rsidRDefault="00632A36">
      <w:pPr>
        <w:spacing w:after="0"/>
      </w:pPr>
      <w:r>
        <w:separator/>
      </w:r>
    </w:p>
  </w:footnote>
  <w:footnote w:type="continuationSeparator" w:id="0">
    <w:p w14:paraId="37AFD40C" w14:textId="77777777" w:rsidR="00632A36" w:rsidRDefault="00632A3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56BD4" w14:textId="77777777" w:rsidR="009415DB" w:rsidRPr="009B30C6" w:rsidRDefault="00CA3B72">
    <w:pPr>
      <w:pStyle w:val="Encabezado"/>
      <w:jc w:val="right"/>
      <w:rPr>
        <w:lang w:val="es-CL"/>
      </w:rPr>
    </w:pPr>
    <w:r w:rsidRPr="009B30C6">
      <w:rPr>
        <w:sz w:val="18"/>
        <w:lang w:val="es-CL"/>
      </w:rPr>
      <w:t>Subdirección de Innovación y Tecnología</w:t>
    </w:r>
    <w:r w:rsidRPr="009B30C6">
      <w:rPr>
        <w:sz w:val="18"/>
        <w:lang w:val="es-CL"/>
      </w:rPr>
      <w:br/>
      <w:t>Dirección de Docencia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18801435">
    <w:abstractNumId w:val="8"/>
  </w:num>
  <w:num w:numId="2" w16cid:durableId="1993950152">
    <w:abstractNumId w:val="6"/>
  </w:num>
  <w:num w:numId="3" w16cid:durableId="1117020922">
    <w:abstractNumId w:val="5"/>
  </w:num>
  <w:num w:numId="4" w16cid:durableId="1506090345">
    <w:abstractNumId w:val="4"/>
  </w:num>
  <w:num w:numId="5" w16cid:durableId="1213272926">
    <w:abstractNumId w:val="7"/>
  </w:num>
  <w:num w:numId="6" w16cid:durableId="1795367868">
    <w:abstractNumId w:val="3"/>
  </w:num>
  <w:num w:numId="7" w16cid:durableId="1516070424">
    <w:abstractNumId w:val="2"/>
  </w:num>
  <w:num w:numId="8" w16cid:durableId="622540027">
    <w:abstractNumId w:val="1"/>
  </w:num>
  <w:num w:numId="9" w16cid:durableId="828209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133A"/>
    <w:rsid w:val="000753EE"/>
    <w:rsid w:val="0015074B"/>
    <w:rsid w:val="0029639D"/>
    <w:rsid w:val="00326F90"/>
    <w:rsid w:val="00632A36"/>
    <w:rsid w:val="00900E7A"/>
    <w:rsid w:val="009415DB"/>
    <w:rsid w:val="009B30C6"/>
    <w:rsid w:val="00AA1D8D"/>
    <w:rsid w:val="00B47730"/>
    <w:rsid w:val="00BB4304"/>
    <w:rsid w:val="00BD5A10"/>
    <w:rsid w:val="00C00CBC"/>
    <w:rsid w:val="00CA3B72"/>
    <w:rsid w:val="00CB0664"/>
    <w:rsid w:val="00D7651B"/>
    <w:rsid w:val="00EE556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3BBD3B"/>
  <w14:defaultImageDpi w14:val="300"/>
  <w15:docId w15:val="{F4D76AAE-A1EC-4CDB-8BEF-28D751EC7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901</Words>
  <Characters>4960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5850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Cristina Del Valle Chavarría</cp:lastModifiedBy>
  <cp:revision>6</cp:revision>
  <dcterms:created xsi:type="dcterms:W3CDTF">2026-08-12T17:19:00Z</dcterms:created>
  <dcterms:modified xsi:type="dcterms:W3CDTF">2026-10-02T16:07:00Z</dcterms:modified>
  <cp:category/>
</cp:coreProperties>
</file>